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/>
        <w:jc w:val="center"/>
      </w:pPr>
      <w:r>
        <w:rPr>
          <w:b/>
          <w:i w:val="0"/>
          <w:sz w:val="36"/>
        </w:rPr>
        <w:t>ZÁZNAM O PRACOVNÍM ÚRAZU</w:t>
      </w:r>
    </w:p>
    <w:p>
      <w:pPr>
        <w:jc w:val="center"/>
      </w:pPr>
      <w:r>
        <w:rPr>
          <w:b w:val="0"/>
          <w:i w:val="0"/>
          <w:sz w:val="20"/>
        </w:rPr>
        <w:t>podklad pro vyplnění a podpis podle přílohy č. 3 k nařízení vlády č. 322/2025 Sb., o povinnostech zaměstnavatele při pracovních úrazech</w:t>
      </w:r>
    </w:p>
    <w:p/>
    <w:p>
      <w:r>
        <w:rPr>
          <w:b w:val="0"/>
          <w:i/>
          <w:sz w:val="18"/>
        </w:rPr>
        <w:t>Upozornění: u úrazů od 1. 1. 2026 se záznam o pracovním úrazu zasílá oblastnímu inspektorátu práce (popřípadě obvodnímu báňskému úřadu) elektronicky prostřednictvím portálu Státního úřadu inspekce práce, nejpozději do 15 pracovních dnů ode dne, kdy se zaměstnavatel o úrazu dozvěděl (§ 6 odst. 1). Tento dokument slouží k sepsání údajů před zadáním do portálu, k vyjádření svědků a jako kontrola, že máte všechny náležitosti. U úrazu bez pracovní neschopnosti nebo s neschopností do 3 kalendářních dnů se záznam nezasílá, úraz se jen zapíše do knihy úrazů.</w:t>
      </w:r>
    </w:p>
    <w:p/>
    <w:p>
      <w:r>
        <w:rPr>
          <w:b w:val="0"/>
          <w:i w:val="0"/>
          <w:sz w:val="22"/>
        </w:rPr>
        <w:t>Evidenční číslo záznamu u zaměstnavatele: ____________________</w:t>
      </w:r>
    </w:p>
    <w:p>
      <w:pPr>
        <w:spacing w:before="160"/>
      </w:pPr>
      <w:r>
        <w:rPr>
          <w:b/>
          <w:i w:val="0"/>
          <w:sz w:val="24"/>
        </w:rPr>
        <w:t>I. Údaje o zaměstnavateli úrazem postiženého zaměstnance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20"/>
              </w:rPr>
              <w:t>Vyplňte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a) Jméno / obchodní firma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b) IČO (nebo datum narození, nemá-li osoba IČO)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c) Adresa sídla, odštěpného závodu nebo místa pobytu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d) Ekonomická činnost podle CZ-NACE, v jejímž rámci k úrazu došlo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160"/>
      </w:pPr>
      <w:r>
        <w:rPr>
          <w:b/>
          <w:i w:val="0"/>
          <w:sz w:val="24"/>
        </w:rPr>
        <w:t>II. Subjekt, na jehož pracovišti k úrazu došlo</w:t>
      </w:r>
    </w:p>
    <w:p>
      <w:r>
        <w:rPr>
          <w:b w:val="0"/>
          <w:i/>
          <w:sz w:val="18"/>
        </w:rPr>
        <w:t>Vyplňte jen tehdy, pokud se úraz nestal na pracovišti zaměstnavatele úrazem postiženého zaměstnance.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20"/>
              </w:rPr>
              <w:t>Vyplňte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a) Jméno / obchodní firma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b) IČO (nebo datum narození)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c) Adresa sídla, odštěpného závodu nebo místa pobytu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d) Ekonomická činnost podle CZ-NACE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160"/>
      </w:pPr>
      <w:r>
        <w:rPr>
          <w:b/>
          <w:i w:val="0"/>
          <w:sz w:val="24"/>
        </w:rPr>
        <w:t>III. Údaje o úrazem postiženém zaměstnanci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20"/>
              </w:rPr>
              <w:t>Vyplňte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a) Jméno a příjmení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b) Datum narození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c) Pohlaví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  <w:t>[ ] muž   [ ] žena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d) Státní občanství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e) Adresa místa pobytu (a adresa pro doručování, je-li odlišná)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g) Den vzniku pracovního poměru, služebního poměru nebo dohody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h) Druh vykonávané práce podle skupin CZ-ISCO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i) Doba trvání dočasné pracovní neschopnosti následkem úrazu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  <w:t>od ____________________ do ____________________, celkem ____________________ kalendářních dnů</w:t>
            </w:r>
          </w:p>
        </w:tc>
      </w:tr>
    </w:tbl>
    <w:p/>
    <w:p>
      <w:r>
        <w:rPr>
          <w:b w:val="0"/>
          <w:i w:val="0"/>
          <w:sz w:val="22"/>
        </w:rPr>
        <w:t>f) Vztah zaměstnance k zaměstnavateli:</w:t>
      </w:r>
    </w:p>
    <w:p>
      <w:pPr>
        <w:ind w:left="340"/>
      </w:pPr>
      <w:r>
        <w:rPr>
          <w:b w:val="0"/>
          <w:i w:val="0"/>
          <w:sz w:val="22"/>
        </w:rPr>
        <w:t>[ ] pracovní poměr</w:t>
      </w:r>
    </w:p>
    <w:p>
      <w:pPr>
        <w:ind w:left="340"/>
      </w:pPr>
      <w:r>
        <w:rPr>
          <w:b w:val="0"/>
          <w:i w:val="0"/>
          <w:sz w:val="22"/>
        </w:rPr>
        <w:t>[ ] služební poměr</w:t>
      </w:r>
    </w:p>
    <w:p>
      <w:pPr>
        <w:ind w:left="340"/>
      </w:pPr>
      <w:r>
        <w:rPr>
          <w:b w:val="0"/>
          <w:i w:val="0"/>
          <w:sz w:val="22"/>
        </w:rPr>
        <w:t>[ ] dohoda o pracích konaných mimo pracovní poměr (DPP, DPČ)</w:t>
      </w:r>
    </w:p>
    <w:p>
      <w:pPr>
        <w:ind w:left="340"/>
      </w:pPr>
      <w:r>
        <w:rPr>
          <w:b w:val="0"/>
          <w:i w:val="0"/>
          <w:sz w:val="22"/>
        </w:rPr>
        <w:t>[ ] osoba vykonávající činnosti nebo poskytující služby mimo pracovněprávní vztah (§ 12 zákona č. 309/2006 Sb.)</w:t>
      </w:r>
    </w:p>
    <w:p>
      <w:pPr>
        <w:ind w:left="340"/>
      </w:pPr>
      <w:r>
        <w:rPr>
          <w:b w:val="0"/>
          <w:i w:val="0"/>
          <w:sz w:val="22"/>
        </w:rPr>
        <w:t>[ ] ostatní</w:t>
      </w:r>
    </w:p>
    <w:p>
      <w:pPr>
        <w:spacing w:before="160"/>
      </w:pPr>
      <w:r>
        <w:rPr>
          <w:b/>
          <w:i w:val="0"/>
          <w:sz w:val="24"/>
        </w:rPr>
        <w:t>IV. Činnost, při které k pracovnímu úrazu došlo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pPr>
        <w:spacing w:before="160"/>
      </w:pPr>
      <w:r>
        <w:rPr>
          <w:b/>
          <w:i w:val="0"/>
          <w:sz w:val="24"/>
        </w:rPr>
        <w:t>V. Adresa pracoviště nebo jiného místa, kde k úrazu došlo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pPr>
        <w:spacing w:before="160"/>
      </w:pPr>
      <w:r>
        <w:rPr>
          <w:b/>
          <w:i w:val="0"/>
          <w:sz w:val="24"/>
        </w:rPr>
        <w:t>VI. Charakteristika pracoviště nebo jiného místa, kde k úrazu došlo</w:t>
      </w:r>
    </w:p>
    <w:p>
      <w:r>
        <w:rPr>
          <w:b w:val="0"/>
          <w:i/>
          <w:sz w:val="18"/>
        </w:rPr>
        <w:t>Například výrobní hala, staveniště, kancelář, sklad, prodejna, veřejná komunikace.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pPr>
        <w:spacing w:before="160"/>
      </w:pPr>
      <w:r>
        <w:rPr>
          <w:b/>
          <w:i w:val="0"/>
          <w:sz w:val="24"/>
        </w:rPr>
        <w:t>VII. Údaje o pracovním úrazu</w:t>
      </w:r>
    </w:p>
    <w:p>
      <w:r>
        <w:rPr>
          <w:b w:val="0"/>
          <w:i w:val="0"/>
          <w:sz w:val="22"/>
        </w:rPr>
        <w:t>a) Druh pracovního úrazu podle § 2 nařízení:</w:t>
      </w:r>
    </w:p>
    <w:p>
      <w:pPr>
        <w:ind w:left="340"/>
      </w:pPr>
      <w:r>
        <w:rPr>
          <w:b w:val="0"/>
          <w:i w:val="0"/>
          <w:sz w:val="22"/>
        </w:rPr>
        <w:t>[ ] a) smrtelný pracovní úraz</w:t>
      </w:r>
    </w:p>
    <w:p>
      <w:pPr>
        <w:ind w:left="340"/>
      </w:pPr>
      <w:r>
        <w:rPr>
          <w:b w:val="0"/>
          <w:i w:val="0"/>
          <w:sz w:val="22"/>
        </w:rPr>
        <w:t>[ ] b) závažný pracovní úraz (hospitalizace delší než 5 po sobě jdoucích kalendářních dnů nebo její předpoklad, životu nebezpečný nebo hromadný úraz)</w:t>
      </w:r>
    </w:p>
    <w:p>
      <w:pPr>
        <w:ind w:left="340"/>
      </w:pPr>
      <w:r>
        <w:rPr>
          <w:b w:val="0"/>
          <w:i w:val="0"/>
          <w:sz w:val="22"/>
        </w:rPr>
        <w:t>[ ] c) pracovní úraz s pracovní neschopností delší než 3 kalendářní dny</w:t>
      </w:r>
    </w:p>
    <w:p>
      <w:pPr>
        <w:ind w:left="340"/>
      </w:pPr>
      <w:r>
        <w:rPr>
          <w:b w:val="0"/>
          <w:i w:val="0"/>
          <w:sz w:val="22"/>
        </w:rPr>
        <w:t>[ ] d) pracovní úraz bez pracovní neschopnosti nebo s pracovní neschopností do 3 kalendářních dnů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20"/>
              </w:rPr>
              <w:t>Vyplňte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b) Datum a čas pracovního úrazu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c) Datum úmrtí (jen u smrtelného úrazu)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d) Druh zranění, trojmístný kód ESAW (příloha č. 1)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e) Zraněná část těla, dvojmístný kód ESAW (příloha č. 1)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f) Počet zraněných osob celkem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g) Zdroj pracovního úrazu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h) Příčina pracovního úrazu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i) Jde o hromadný pracovní úraz?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  <w:t>[ ] ano   [ ] ne</w:t>
            </w:r>
          </w:p>
        </w:tc>
      </w:tr>
    </w:tbl>
    <w:p/>
    <w:p>
      <w:pPr>
        <w:spacing w:before="160"/>
      </w:pPr>
      <w:r>
        <w:rPr>
          <w:b/>
          <w:i w:val="0"/>
          <w:sz w:val="24"/>
        </w:rPr>
        <w:t>VIII. Popis úrazového děje, místa, příčin a okolností</w:t>
      </w:r>
    </w:p>
    <w:p>
      <w:r>
        <w:rPr>
          <w:b w:val="0"/>
          <w:i/>
          <w:sz w:val="18"/>
        </w:rPr>
        <w:t>Popište, co zaměstnanec dělal, co se stalo, čím a jak se zranil. V případě potřeby připojte další list.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pPr>
        <w:spacing w:before="160"/>
      </w:pPr>
      <w:r>
        <w:rPr>
          <w:b/>
          <w:i w:val="0"/>
          <w:sz w:val="24"/>
        </w:rPr>
        <w:t>IX. Kontrola přítomnosti alkoholu</w:t>
      </w:r>
    </w:p>
    <w:p>
      <w:r>
        <w:rPr>
          <w:b w:val="0"/>
          <w:i w:val="0"/>
          <w:sz w:val="22"/>
        </w:rPr>
        <w:t>[ ] provedena, výsledek: ____________________      [ ] neprovedena</w:t>
      </w:r>
    </w:p>
    <w:p>
      <w:pPr>
        <w:spacing w:before="160"/>
      </w:pPr>
      <w:r>
        <w:rPr>
          <w:b/>
          <w:i w:val="0"/>
          <w:sz w:val="24"/>
        </w:rPr>
        <w:t>X. Kontrola přítomnosti jiných návykových látek</w:t>
      </w:r>
    </w:p>
    <w:p>
      <w:r>
        <w:rPr>
          <w:b w:val="0"/>
          <w:i w:val="0"/>
          <w:sz w:val="22"/>
        </w:rPr>
        <w:t>[ ] provedena, výsledek: ____________________      [ ] neprovedena</w:t>
      </w:r>
    </w:p>
    <w:p>
      <w:pPr>
        <w:spacing w:before="160"/>
      </w:pPr>
      <w:r>
        <w:rPr>
          <w:b/>
          <w:i w:val="0"/>
          <w:sz w:val="24"/>
        </w:rPr>
        <w:t>XI. Předpisy, které byly v souvislosti s úrazem porušeny, a kým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pPr>
        <w:spacing w:before="160"/>
      </w:pPr>
      <w:r>
        <w:rPr>
          <w:b/>
          <w:i w:val="0"/>
          <w:sz w:val="24"/>
        </w:rPr>
        <w:t>XII. Opatření přijatá k zabránění opakování pracovního úrazu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</w:t>
      </w:r>
    </w:p>
    <w:p>
      <w:pPr>
        <w:spacing w:before="160"/>
      </w:pPr>
      <w:r>
        <w:rPr>
          <w:b/>
          <w:i w:val="0"/>
          <w:sz w:val="24"/>
        </w:rPr>
        <w:t>XIII. Vyjádření</w:t>
      </w:r>
    </w:p>
    <w:p>
      <w:r>
        <w:rPr>
          <w:b w:val="0"/>
          <w:i/>
          <w:sz w:val="18"/>
        </w:rPr>
        <w:t>Vyjádření úrazem postiženého zaměstnance, svědků úrazu, zástupce zaměstnanců pro bezpečnost a ochranu zdraví při práci a zástupce odborové organizace, pokud u zaměstnavatele působí.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r/>
            <w:r>
              <w:rPr>
                <w:b/>
                <w:sz w:val="20"/>
              </w:rPr>
              <w:t>Osoba</w:t>
            </w:r>
          </w:p>
        </w:tc>
        <w:tc>
          <w:tcPr>
            <w:tcW w:type="dxa" w:w="6009"/>
          </w:tcPr>
          <w:p>
            <w:r/>
            <w:r>
              <w:rPr>
                <w:b/>
                <w:sz w:val="20"/>
              </w:rPr>
              <w:t>Vyjádření</w:t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sz w:val="20"/>
              </w:rPr>
              <w:t>Úrazem postižený zaměstnanec</w:t>
            </w:r>
          </w:p>
        </w:tc>
        <w:tc>
          <w:tcPr>
            <w:tcW w:type="dxa" w:w="600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sz w:val="20"/>
              </w:rPr>
              <w:t>Svědek 1 (jméno a příjmení)</w:t>
            </w:r>
          </w:p>
        </w:tc>
        <w:tc>
          <w:tcPr>
            <w:tcW w:type="dxa" w:w="600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sz w:val="20"/>
              </w:rPr>
              <w:t>Svědek 2 (jméno a příjmení)</w:t>
            </w:r>
          </w:p>
        </w:tc>
        <w:tc>
          <w:tcPr>
            <w:tcW w:type="dxa" w:w="600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sz w:val="20"/>
              </w:rPr>
              <w:t>Zástupce pro BOZP</w:t>
            </w:r>
          </w:p>
        </w:tc>
        <w:tc>
          <w:tcPr>
            <w:tcW w:type="dxa" w:w="600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sz w:val="20"/>
              </w:rPr>
              <w:t>Zástupce odborové organizace</w:t>
            </w:r>
          </w:p>
        </w:tc>
        <w:tc>
          <w:tcPr>
            <w:tcW w:type="dxa" w:w="600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160"/>
      </w:pPr>
      <w:r>
        <w:rPr>
          <w:b/>
          <w:i w:val="0"/>
          <w:sz w:val="24"/>
        </w:rPr>
        <w:t>XIV. Osoba oznamující pracovní úraz za zaměstnavatele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20"/>
              </w:rPr>
              <w:t>Vyplňte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a) Jméno a příjmení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b) Telefon a e-mail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20"/>
              </w:rPr>
              <w:t>c) Pracovní zařazení nebo vztah k zaměstnavateli</w:t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160"/>
      </w:pPr>
      <w:r>
        <w:rPr>
          <w:b/>
          <w:i w:val="0"/>
          <w:sz w:val="24"/>
        </w:rPr>
        <w:t>XV. Datum vyhotovení záznamu a podpisy</w:t>
      </w:r>
    </w:p>
    <w:p>
      <w:r>
        <w:rPr>
          <w:b w:val="0"/>
          <w:i w:val="0"/>
          <w:sz w:val="22"/>
        </w:rPr>
        <w:t>Záznam vyhotoven dne: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742"/>
          </w:tcPr>
          <w:p>
            <w:r/>
            <w:r>
              <w:rPr>
                <w:b/>
                <w:sz w:val="20"/>
              </w:rPr>
              <w:t>Podepisující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Jméno a příjmení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Datum a podpis</w:t>
            </w:r>
          </w:p>
        </w:tc>
      </w:tr>
      <w:tr>
        <w:trPr>
          <w:trHeight w:val="680"/>
        </w:trPr>
        <w:tc>
          <w:tcPr>
            <w:tcW w:type="dxa" w:w="3742"/>
          </w:tcPr>
          <w:p>
            <w:r/>
            <w:r>
              <w:rPr>
                <w:sz w:val="20"/>
              </w:rPr>
              <w:t>a) Úrazem postižený zaměstnanec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3742"/>
          </w:tcPr>
          <w:p>
            <w:r/>
            <w:r>
              <w:rPr>
                <w:sz w:val="20"/>
              </w:rPr>
              <w:t>b) Zástupce zaměstnanců pro BOZP (působí-li)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3742"/>
          </w:tcPr>
          <w:p>
            <w:r/>
            <w:r>
              <w:rPr>
                <w:sz w:val="20"/>
              </w:rPr>
              <w:t>c) Zástupce odborové organizace (působí-li)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3742"/>
          </w:tcPr>
          <w:p>
            <w:r/>
            <w:r>
              <w:rPr>
                <w:sz w:val="20"/>
              </w:rPr>
              <w:t>d) Za zaměstnavatele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i/>
          <w:sz w:val="18"/>
        </w:rPr>
        <w:t>Podepsaný záznam uchovávejte 10 let (§ 6 odst. 2). Kopii předejte bez zbytečného odkladu úrazem postiženému zaměstnanci, zástupci pro BOZP a odborové organizaci, pokud působí (§ 6 odst. 3). Záznam zašlete také zdravotní pojišťovně zaměstnance (§ 7 písm. b)), Policii ČR při podezření na trestný čin nebo při smrtelném úrazu (§ 7 písm. a)) a pojišťovně, u níž máte zákonné pojištění odpovědnosti zaměstnavatele (§ 8).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zaznam-o-pracovnim-urazu-vzor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