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sz w:val="36"/>
        </w:rPr>
        <w:t>POTVRZENÍ O ZAMĚSTNÁNÍ (ZÁPOČTOVÝ LIST)</w:t>
      </w:r>
    </w:p>
    <w:p>
      <w:pPr>
        <w:spacing w:before="0" w:after="280"/>
        <w:jc w:val="center"/>
      </w:pPr>
      <w:r>
        <w:rPr>
          <w:b w:val="0"/>
          <w:sz w:val="20"/>
        </w:rPr>
        <w:t>vydané podle § 313 zákona č. 262/2006 Sb., zákoník práce, ve znění pozdějších předpisů</w:t>
      </w:r>
    </w:p>
    <w:p>
      <w:pPr>
        <w:spacing w:before="200" w:after="80"/>
      </w:pPr>
      <w:r>
        <w:rPr>
          <w:b/>
          <w:sz w:val="26"/>
        </w:rPr>
        <w:t>I. Zaměstnavatel</w:t>
      </w:r>
    </w:p>
    <w:p>
      <w:pPr>
        <w:spacing w:before="0" w:after="120"/>
      </w:pPr>
      <w:r>
        <w:rPr>
          <w:b w:val="0"/>
          <w:sz w:val="22"/>
        </w:rPr>
        <w:t>Jméno / název: ____________________</w:t>
      </w:r>
    </w:p>
    <w:p>
      <w:pPr>
        <w:spacing w:before="0" w:after="120"/>
      </w:pPr>
      <w:r>
        <w:rPr>
          <w:b w:val="0"/>
          <w:sz w:val="22"/>
        </w:rPr>
        <w:t>Sídlo / místo podnikání: ____________________</w:t>
      </w:r>
    </w:p>
    <w:p>
      <w:pPr>
        <w:spacing w:before="0" w:after="120"/>
      </w:pPr>
      <w:r>
        <w:rPr>
          <w:b w:val="0"/>
          <w:sz w:val="22"/>
        </w:rPr>
        <w:t>IČO: ____________________</w:t>
      </w:r>
    </w:p>
    <w:p>
      <w:pPr>
        <w:spacing w:before="200" w:after="80"/>
      </w:pPr>
      <w:r>
        <w:rPr>
          <w:b/>
          <w:sz w:val="26"/>
        </w:rPr>
        <w:t>II. Zaměstnanec</w:t>
      </w:r>
    </w:p>
    <w:p>
      <w:pPr>
        <w:spacing w:before="0" w:after="120"/>
      </w:pPr>
      <w:r>
        <w:rPr>
          <w:b w:val="0"/>
          <w:sz w:val="22"/>
        </w:rPr>
        <w:t>Jméno a příjmení: ____________________</w:t>
      </w:r>
    </w:p>
    <w:p>
      <w:pPr>
        <w:spacing w:before="0" w:after="120"/>
      </w:pPr>
      <w:r>
        <w:rPr>
          <w:b w:val="0"/>
          <w:sz w:val="22"/>
        </w:rPr>
        <w:t>Datum narození: ____________________</w:t>
      </w:r>
    </w:p>
    <w:p>
      <w:pPr>
        <w:spacing w:before="0" w:after="120"/>
      </w:pPr>
      <w:r>
        <w:rPr>
          <w:b w:val="0"/>
          <w:sz w:val="22"/>
        </w:rPr>
        <w:t>Bydliště: ____________________</w:t>
      </w:r>
    </w:p>
    <w:p>
      <w:pPr>
        <w:spacing w:before="200" w:after="80"/>
      </w:pPr>
      <w:r>
        <w:rPr>
          <w:b/>
          <w:sz w:val="26"/>
        </w:rPr>
        <w:t>III. Údaje o zaměstnání</w:t>
      </w:r>
    </w:p>
    <w:p>
      <w:pPr>
        <w:spacing w:before="0" w:after="120"/>
      </w:pPr>
      <w:r>
        <w:rPr>
          <w:b w:val="0"/>
          <w:sz w:val="22"/>
        </w:rPr>
        <w:t>1. Druh právního vztahu: pracovní poměr / dohoda o provedení práce / dohoda o pracovní činnosti (nehodící se škrtněte)</w:t>
      </w:r>
    </w:p>
    <w:p>
      <w:pPr>
        <w:spacing w:before="0" w:after="120"/>
      </w:pPr>
      <w:r>
        <w:rPr>
          <w:b w:val="0"/>
          <w:sz w:val="22"/>
        </w:rPr>
        <w:t>2. Doba trvání zaměstnání: od ____________ do ____________</w:t>
      </w:r>
    </w:p>
    <w:p>
      <w:pPr>
        <w:spacing w:before="0" w:after="120"/>
      </w:pPr>
      <w:r>
        <w:rPr>
          <w:b w:val="0"/>
          <w:sz w:val="22"/>
        </w:rPr>
        <w:t>3. Druh konaných prací: ____________________</w:t>
      </w:r>
    </w:p>
    <w:p>
      <w:pPr>
        <w:spacing w:before="0" w:after="120"/>
      </w:pPr>
      <w:r>
        <w:rPr>
          <w:b w:val="0"/>
          <w:sz w:val="22"/>
        </w:rPr>
        <w:t>4. Dosažená kvalifikace: ____________________</w:t>
      </w:r>
    </w:p>
    <w:p>
      <w:pPr>
        <w:spacing w:before="0" w:after="120"/>
      </w:pPr>
      <w:r>
        <w:rPr>
          <w:b w:val="0"/>
          <w:sz w:val="22"/>
        </w:rPr>
        <w:t>5. Odpracovaná doba a další skutečnosti rozhodné pro dosažení nejvýše přípustné expoziční doby: ____________________</w:t>
      </w:r>
    </w:p>
    <w:p>
      <w:pPr>
        <w:spacing w:before="0" w:after="120"/>
      </w:pPr>
      <w:r>
        <w:rPr>
          <w:b w:val="0"/>
          <w:sz w:val="22"/>
        </w:rPr>
        <w:t>6. Srážky ze mzdy: ze mzdy zaměstnance nejsou prováděny srážky / jsou prováděny srážky (nehodící se škrtněte)</w:t>
      </w:r>
    </w:p>
    <w:p>
      <w:pPr>
        <w:spacing w:before="0" w:after="120"/>
      </w:pPr>
      <w:r>
        <w:rPr>
          <w:b w:val="0"/>
          <w:sz w:val="22"/>
        </w:rPr>
        <w:t>Srážky nařídil (orgán): ____________________</w:t>
      </w:r>
    </w:p>
    <w:p>
      <w:pPr>
        <w:spacing w:before="0" w:after="120"/>
      </w:pPr>
      <w:r>
        <w:rPr>
          <w:b w:val="0"/>
          <w:sz w:val="22"/>
        </w:rPr>
        <w:t>Ve prospěch (oprávněný): ____________________</w:t>
      </w:r>
    </w:p>
    <w:p>
      <w:pPr>
        <w:spacing w:before="0" w:after="120"/>
      </w:pPr>
      <w:r>
        <w:rPr>
          <w:b w:val="0"/>
          <w:sz w:val="22"/>
        </w:rPr>
        <w:t>Výše pohledávky, pro kterou mají být srážky dále prováděny: ______________ Kč</w:t>
      </w:r>
    </w:p>
    <w:p>
      <w:pPr>
        <w:spacing w:before="0" w:after="120"/>
      </w:pPr>
      <w:r>
        <w:rPr>
          <w:b w:val="0"/>
          <w:sz w:val="22"/>
        </w:rPr>
        <w:t>Výše dosud provedených srážek: ______________ Kč</w:t>
      </w:r>
    </w:p>
    <w:p>
      <w:pPr>
        <w:spacing w:before="0" w:after="120"/>
      </w:pPr>
      <w:r>
        <w:rPr>
          <w:b w:val="0"/>
          <w:sz w:val="22"/>
        </w:rPr>
        <w:t>Pořadí pohledávky: ____________________</w:t>
      </w:r>
    </w:p>
    <w:p>
      <w:pPr>
        <w:spacing w:before="0" w:after="120"/>
      </w:pPr>
      <w:r>
        <w:rPr>
          <w:b w:val="0"/>
          <w:sz w:val="22"/>
        </w:rPr>
        <w:t>7. Údaje o započitatelné době zaměstnání v I. a II. pracovní kategorii za dobu před 1. lednem 1993 pro účely důchodového pojištění: ____________________</w:t>
      </w:r>
    </w:p>
    <w:p>
      <w:pPr>
        <w:spacing w:before="200" w:after="80"/>
      </w:pPr>
      <w:r>
        <w:rPr>
          <w:b/>
          <w:sz w:val="26"/>
        </w:rPr>
        <w:t>IV. Poznámka</w:t>
      </w:r>
    </w:p>
    <w:p>
      <w:pPr>
        <w:spacing w:before="0" w:after="120"/>
      </w:pPr>
      <w:r>
        <w:rPr>
          <w:b w:val="0"/>
          <w:sz w:val="22"/>
        </w:rPr>
        <w:t>Údaje o výši průměrného výdělku, o způsobu rozvázání zaměstnání a o dalších skutečnostech rozhodných pro posouzení nároku na podporu v nezaměstnanosti uvádí zaměstnavatel na žádost zaměstnance v odděleném potvrzení (§ 313 odst. 2 zákoníku práce).</w:t>
      </w:r>
    </w:p>
    <w:p>
      <w:pPr>
        <w:spacing w:before="0" w:after="160"/>
      </w:pPr>
      <w:r>
        <w:rPr>
          <w:b w:val="0"/>
          <w:sz w:val="22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pPr>
              <w:spacing w:after="480"/>
            </w:pPr>
            <w:r>
              <w:rPr>
                <w:sz w:val="22"/>
              </w:rPr>
              <w:t>V ____________ dne ____________</w:t>
            </w:r>
          </w:p>
        </w:tc>
        <w:tc>
          <w:tcPr>
            <w:tcW w:type="dxa" w:w="4873"/>
          </w:tcPr>
          <w:p>
            <w:pPr>
              <w:spacing w:after="480"/>
            </w:pPr>
            <w:r>
              <w:rPr>
                <w:sz w:val="22"/>
              </w:rPr>
              <w:t>V ____________ dne ____________</w:t>
            </w:r>
          </w:p>
        </w:tc>
      </w:tr>
      <w:tr>
        <w:tc>
          <w:tcPr>
            <w:tcW w:type="dxa" w:w="4873"/>
          </w:tcPr>
          <w:p>
            <w:r>
              <w:rPr>
                <w:sz w:val="22"/>
              </w:rPr>
              <w:t>_________________________</w:t>
            </w:r>
          </w:p>
        </w:tc>
        <w:tc>
          <w:tcPr>
            <w:tcW w:type="dxa" w:w="4873"/>
          </w:tcPr>
          <w:p>
            <w:r>
              <w:rPr>
                <w:sz w:val="22"/>
              </w:rPr>
              <w:t>_________________________</w:t>
            </w:r>
          </w:p>
        </w:tc>
      </w:tr>
      <w:tr>
        <w:tc>
          <w:tcPr>
            <w:tcW w:type="dxa" w:w="4873"/>
          </w:tcPr>
          <w:p>
            <w:r>
              <w:rPr>
                <w:sz w:val="22"/>
              </w:rPr>
              <w:t>za zaměstnavatele (razítko a podpis)</w:t>
            </w:r>
          </w:p>
        </w:tc>
        <w:tc>
          <w:tcPr>
            <w:tcW w:type="dxa" w:w="4873"/>
          </w:tcPr>
          <w:p>
            <w:r>
              <w:rPr>
                <w:sz w:val="22"/>
              </w:rPr>
              <w:t>převzal zaměstnanec (datum a podpis)</w:t>
            </w:r>
          </w:p>
        </w:tc>
      </w:tr>
    </w:tbl>
    <w:p>
      <w:pPr>
        <w:spacing w:before="0" w:after="80"/>
      </w:pPr>
      <w:r>
        <w:rPr>
          <w:b w:val="0"/>
          <w:sz w:val="20"/>
        </w:rPr>
        <w:t>Pozn.: Potvrzení o zaměstnání se vydává při skončení pracovního poměru a dohody o pracovní činnosti vždy; u dohody o provedení práce jen tehdy, pokud založila účast na nemocenském pojištění nebo pokud byly z odměny prováděny srážky. Vzor DokladBot.cz, verze 2026-09.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