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ŽÁDOST</w:t>
      </w:r>
    </w:p>
    <w:p>
      <w:pPr>
        <w:spacing w:after="160"/>
        <w:jc w:val="center"/>
      </w:pPr>
      <w:r>
        <w:rPr>
          <w:b w:val="0"/>
          <w:i w:val="0"/>
          <w:sz w:val="20"/>
        </w:rPr>
        <w:t>univerzální vzor podání správnímu orgánu podle § 37 zákona č. 500/2004 Sb., správního řádu</w:t>
      </w:r>
    </w:p>
    <w:p>
      <w:pPr>
        <w:spacing w:after="160"/>
      </w:pPr>
      <w:r>
        <w:rPr>
          <w:b w:val="0"/>
          <w:i/>
          <w:sz w:val="18"/>
        </w:rPr>
        <w:t>Poznámka: šedé pokyny v hranatých závorkách před odesláním smažte. Žádost adresovaná finančnímu úřadu, ČSSZ nebo zdravotní pojišťovně se řídí daňovým řádem nebo zvláštním zákonem, náležitosti jsou ale obdobné.</w:t>
      </w:r>
    </w:p>
    <w:p>
      <w:pPr>
        <w:spacing w:after="60"/>
      </w:pPr>
      <w:r>
        <w:rPr>
          <w:b/>
          <w:i w:val="0"/>
          <w:sz w:val="26"/>
        </w:rPr>
        <w:t>Žadatel</w:t>
      </w:r>
    </w:p>
    <w:p>
      <w:r>
        <w:rPr>
          <w:b w:val="0"/>
          <w:i w:val="0"/>
          <w:sz w:val="22"/>
        </w:rPr>
        <w:t>Jméno a příjmení / název: ____________________________________________</w:t>
      </w:r>
    </w:p>
    <w:p>
      <w:r>
        <w:rPr>
          <w:b w:val="0"/>
          <w:i w:val="0"/>
          <w:sz w:val="22"/>
        </w:rPr>
        <w:t>Datum narození / IČO: ____________________    Datová schránka: ____________________</w:t>
      </w:r>
    </w:p>
    <w:p>
      <w:r>
        <w:rPr>
          <w:b w:val="0"/>
          <w:i w:val="0"/>
          <w:sz w:val="22"/>
        </w:rPr>
        <w:t>Trvalý pobyt / sídlo: ____________________________________________</w:t>
      </w:r>
    </w:p>
    <w:p>
      <w:r>
        <w:rPr>
          <w:b w:val="0"/>
          <w:i w:val="0"/>
          <w:sz w:val="22"/>
        </w:rPr>
        <w:t>Adresa pro doručování (liší-li se): ____________________________________________</w:t>
      </w:r>
    </w:p>
    <w:p>
      <w:pPr>
        <w:spacing w:after="160"/>
      </w:pPr>
      <w:r>
        <w:rPr>
          <w:b w:val="0"/>
          <w:i w:val="0"/>
          <w:sz w:val="22"/>
        </w:rPr>
        <w:t>Telefon: ____________________    E-mail: ____________________</w:t>
      </w:r>
    </w:p>
    <w:p>
      <w:pPr>
        <w:spacing w:after="60"/>
      </w:pPr>
      <w:r>
        <w:rPr>
          <w:b/>
          <w:i w:val="0"/>
          <w:sz w:val="26"/>
        </w:rPr>
        <w:t>Adresát (správní orgán)</w:t>
      </w:r>
    </w:p>
    <w:p>
      <w:r>
        <w:rPr>
          <w:b w:val="0"/>
          <w:i w:val="0"/>
          <w:sz w:val="22"/>
        </w:rPr>
        <w:t>Název úřadu: ____________________________________________</w:t>
      </w:r>
    </w:p>
    <w:p>
      <w:r>
        <w:rPr>
          <w:b w:val="0"/>
          <w:i w:val="0"/>
          <w:sz w:val="22"/>
        </w:rPr>
        <w:t>Odbor / oddělení: ____________________________________________</w:t>
      </w:r>
    </w:p>
    <w:p>
      <w:r>
        <w:rPr>
          <w:b w:val="0"/>
          <w:i w:val="0"/>
          <w:sz w:val="22"/>
        </w:rPr>
        <w:t>Adresa: ____________________________________________</w:t>
      </w:r>
    </w:p>
    <w:p>
      <w:pPr>
        <w:spacing w:after="160"/>
      </w:pPr>
      <w:r>
        <w:rPr>
          <w:b w:val="0"/>
          <w:i w:val="0"/>
          <w:sz w:val="22"/>
        </w:rPr>
        <w:t>Spisová značka / číslo jednací (u probíhajícího řízení): ____________________</w:t>
      </w:r>
    </w:p>
    <w:p>
      <w:pPr>
        <w:spacing w:after="160"/>
      </w:pPr>
      <w:r>
        <w:rPr>
          <w:b w:val="0"/>
          <w:i w:val="0"/>
          <w:sz w:val="22"/>
        </w:rPr>
        <w:t>V ____________________ dne ____________________</w:t>
      </w:r>
    </w:p>
    <w:p>
      <w:pPr>
        <w:spacing w:after="160"/>
      </w:pPr>
      <w:r>
        <w:rPr>
          <w:b/>
          <w:i w:val="0"/>
          <w:sz w:val="24"/>
        </w:rPr>
        <w:t>Věc: Žádost o ____________________________________________</w:t>
      </w:r>
    </w:p>
    <w:p>
      <w:r>
        <w:rPr>
          <w:b w:val="0"/>
          <w:i w:val="0"/>
          <w:sz w:val="22"/>
        </w:rPr>
        <w:t>Vážená paní, vážený pane,</w:t>
      </w:r>
    </w:p>
    <w:p>
      <w:r>
        <w:rPr>
          <w:b w:val="0"/>
          <w:i w:val="0"/>
          <w:sz w:val="22"/>
        </w:rPr>
        <w:t>já, výše uvedený žadatel, tímto podle § 37 správního řádu [nebo podle konkrétního ustanovení zvláštního zákona, pokud ho znáte] žádám o ____________________________________________.</w:t>
      </w:r>
    </w:p>
    <w:p>
      <w:pPr>
        <w:spacing w:after="60"/>
      </w:pPr>
      <w:r>
        <w:rPr>
          <w:b/>
          <w:i w:val="0"/>
          <w:sz w:val="26"/>
        </w:rPr>
        <w:t>I. Popis situace a odůvodnění</w:t>
      </w:r>
    </w:p>
    <w:p>
      <w:r>
        <w:rPr>
          <w:b w:val="0"/>
          <w:i w:val="0"/>
          <w:sz w:val="22"/>
        </w:rPr>
        <w:t>[Stručně a věcně popište, co se stalo, od kdy a proč žádost podáváte. Uveďte konkrétní data, částky, čísla rozhodnutí nebo smluv. Každé tvrzení doložte přílohou.]</w:t>
      </w:r>
    </w:p>
    <w:p>
      <w:r>
        <w:rPr>
          <w:b w:val="0"/>
          <w:i w:val="0"/>
          <w:sz w:val="22"/>
        </w:rPr>
        <w:t>________________________________________________________________________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________________________________________________________________________</w:t>
      </w:r>
    </w:p>
    <w:p>
      <w:pPr>
        <w:spacing w:after="160"/>
      </w:pPr>
      <w:r>
        <w:rPr>
          <w:b w:val="0"/>
          <w:i w:val="0"/>
          <w:sz w:val="22"/>
        </w:rPr>
        <w:t>________________________________________________________________________</w:t>
      </w:r>
    </w:p>
    <w:p>
      <w:pPr>
        <w:spacing w:after="60"/>
      </w:pPr>
      <w:r>
        <w:rPr>
          <w:b/>
          <w:i w:val="0"/>
          <w:sz w:val="26"/>
        </w:rPr>
        <w:t>II. Čeho se žadatel domáhá (návrh)</w:t>
      </w:r>
    </w:p>
    <w:p>
      <w:r>
        <w:rPr>
          <w:b w:val="0"/>
          <w:i w:val="0"/>
          <w:sz w:val="22"/>
        </w:rPr>
        <w:t>[Napište jednou větou, co má úřad udělat: vydat rozhodnutí, potvrzení, povolení, prodloužit lhůtu, prominout povinnost, vrátit přeplatek. Uveďte i požadovaný termín, pokud na něm záleží.]</w:t>
      </w:r>
    </w:p>
    <w:p>
      <w:pPr>
        <w:spacing w:after="160"/>
      </w:pPr>
      <w:r>
        <w:rPr>
          <w:b w:val="0"/>
          <w:i w:val="0"/>
          <w:sz w:val="22"/>
        </w:rPr>
        <w:t>S ohledem na výše uvedené žádám, aby správní orgán ____________________________________________.</w:t>
      </w:r>
    </w:p>
    <w:p>
      <w:pPr>
        <w:spacing w:after="60"/>
      </w:pPr>
      <w:r>
        <w:rPr>
          <w:b/>
          <w:i w:val="0"/>
          <w:sz w:val="26"/>
        </w:rPr>
        <w:t>III. Přílohy</w:t>
      </w:r>
    </w:p>
    <w:p>
      <w:r>
        <w:rPr>
          <w:b w:val="0"/>
          <w:i w:val="0"/>
          <w:sz w:val="22"/>
        </w:rPr>
        <w:t>1. ____________________________________________</w:t>
      </w:r>
    </w:p>
    <w:p>
      <w:r>
        <w:rPr>
          <w:b w:val="0"/>
          <w:i w:val="0"/>
          <w:sz w:val="22"/>
        </w:rPr>
        <w:t>2. ____________________________________________</w:t>
      </w:r>
    </w:p>
    <w:p>
      <w:pPr>
        <w:spacing w:after="160"/>
      </w:pPr>
      <w:r>
        <w:rPr>
          <w:b w:val="0"/>
          <w:i w:val="0"/>
          <w:sz w:val="22"/>
        </w:rPr>
        <w:t>3. ____________________________________________</w:t>
      </w:r>
    </w:p>
    <w:p>
      <w:r>
        <w:rPr>
          <w:b w:val="0"/>
          <w:i w:val="0"/>
          <w:sz w:val="22"/>
        </w:rPr>
        <w:t>Děkuji za vyřízení žádosti a jsem s pozdravem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06"/>
          </w:tcPr>
          <w:p>
            <w:r>
              <w:rPr>
                <w:sz w:val="20"/>
              </w:rPr>
              <w:t>_________________________</w:t>
            </w:r>
          </w:p>
        </w:tc>
        <w:tc>
          <w:tcPr>
            <w:tcW w:type="dxa" w:w="4706"/>
          </w:tcPr>
          <w:p>
            <w:r>
              <w:rPr>
                <w:sz w:val="20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sz w:val="20"/>
              </w:rPr>
              <w:t>podpis žadatele</w:t>
            </w:r>
          </w:p>
        </w:tc>
        <w:tc>
          <w:tcPr>
            <w:tcW w:type="dxa" w:w="4706"/>
          </w:tcPr>
          <w:p>
            <w:r>
              <w:rPr>
                <w:sz w:val="20"/>
              </w:rPr>
              <w:t>jméno a příjmení hůlkovým písmem</w:t>
            </w:r>
          </w:p>
        </w:tc>
      </w:tr>
    </w:tbl>
    <w:p/>
    <w:p>
      <w:r>
        <w:rPr>
          <w:b w:val="0"/>
          <w:i/>
          <w:sz w:val="18"/>
        </w:rPr>
        <w:t>Náležitosti podání (§ 37 odst. 2 správního řádu): kdo podání činí, které věci se týká, co se navrhuje, označení správního orgánu a podpis. Fyzická osoba uvádí jméno, příjmení, datum narození a trvalý pobyt; podnikatel jméno, IČO a sídlo; právnická osoba název, IČO a sídlo. Podání lze učinit písemně, ústně do protokolu nebo elektronicky (datová schránka, e-mail s uznávaným elektronickým podpisem). E-mail bez uznávaného podpisu musí být do 5 dnů potvrzen.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