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Zaměstnanec / zaměstnankyně: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K rukám: ____________________</w:t>
      </w:r>
    </w:p>
    <w:p/>
    <w:p>
      <w:r>
        <w:rPr>
          <w:b w:val="0"/>
          <w:sz w:val="22"/>
        </w:rPr>
        <w:t>V ____________________ dne ____________________</w:t>
      </w:r>
    </w:p>
    <w:p/>
    <w:p>
      <w:pPr>
        <w:spacing w:after="40"/>
        <w:jc w:val="center"/>
      </w:pPr>
      <w:r>
        <w:rPr>
          <w:b/>
          <w:sz w:val="36"/>
        </w:rPr>
        <w:t>ŽÁDOST O POSKYTNUTÍ RODIČOVSKÉ DOVOLENÉ</w:t>
      </w:r>
    </w:p>
    <w:p>
      <w:pPr>
        <w:spacing w:after="200"/>
        <w:jc w:val="center"/>
      </w:pPr>
      <w:r>
        <w:rPr>
          <w:b w:val="0"/>
          <w:sz w:val="20"/>
        </w:rPr>
        <w:t>podle § 196 zákona č. 262/2006 Sb., zákoník práce, ve znění pozdějších předpisů</w:t>
      </w:r>
    </w:p>
    <w:p>
      <w:r>
        <w:rPr>
          <w:b w:val="0"/>
          <w:sz w:val="22"/>
        </w:rPr>
        <w:t>Žádám o poskytnutí rodičovské dovolené k péči o dítě: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762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Vyplní zaměstnanec</w:t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Jméno a příjmení dítěte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Datum narození dítěte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Rodičovská dovolená od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Rodičovská dovolená do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Mateřská dovolená skončila dne (vyplní matka)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K žádosti přikládám kopii rodného listu dítěte.</w:t>
      </w:r>
    </w:p>
    <w:p>
      <w:r>
        <w:rPr>
          <w:b w:val="0"/>
          <w:sz w:val="22"/>
        </w:rPr>
        <w:t>Beru na vědomí, že po dobu rodičovské dovolené mi nenáleží mzda a že rodičovský příspěvek vyřizuje Úřad práce České republiky samostatnou žádostí.</w:t>
      </w:r>
    </w:p>
    <w:p>
      <w:r>
        <w:rPr>
          <w:b w:val="0"/>
          <w:sz w:val="22"/>
        </w:rPr>
        <w:t>Změnu doby čerpání rodičovské dovolené oznámím zaměstnavateli písemně alespoň 30 dnů předem.</w:t>
      </w:r>
    </w:p>
    <w:p/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podpis zaměstnance</w:t>
      </w:r>
    </w:p>
    <w:p/>
    <w:p>
      <w:pPr>
        <w:spacing w:after="40"/>
      </w:pPr>
      <w:r>
        <w:rPr>
          <w:b/>
          <w:sz w:val="22"/>
        </w:rPr>
        <w:t>Vyjádření zaměstnavatele</w:t>
      </w:r>
    </w:p>
    <w:p>
      <w:r>
        <w:rPr>
          <w:b w:val="0"/>
          <w:sz w:val="22"/>
        </w:rPr>
        <w:t>Rodičovskou dovolenou v uvedeném rozsahu poskytuji. Převzato dne ____________________.</w:t>
      </w:r>
    </w:p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 a podpis za zaměstnavatele</w:t>
      </w:r>
    </w:p>
    <w:p/>
    <w:p>
      <w:r>
        <w:rPr>
          <w:b w:val="0"/>
          <w:color w:val="6B726E"/>
          <w:sz w:val="18"/>
        </w:rPr>
        <w:t>Pozn.: Rodičovskou dovolenou je zaměstnavatel povinen poskytnout matce dítěte po skončení mateřské dovolené a otci od narození dítěte, a to v rozsahu, o jaký požádají, nejdéle do doby, kdy dítě dosáhne věku 3 let (§ 196 odst. 1 zákoníku práce). Žádost musí být písemná a podaná alespoň 30 dnů před nástupem, nebrání-li tomu vážné důvody; musí obsahovat dobu trvání (§ 196 odst. 2). Po dobu rodičovské dovolené platí ochranná doba a zákaz výpovědi podle § 53. Po návratu z rodičovské dovolené je zaměstnavatel povinen zařadit zaměstnance podle pracovní smlouvy; návrat na původní pozici garantuje zákon jen po mateřské dovolené (§ 47).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