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ŽÁDOST O ROČNÍ ZÚČTOVÁNÍ ZÁLOH A DAŇOVÉHO ZVÝHODNĚNÍ</w:t>
      </w:r>
    </w:p>
    <w:p>
      <w:pPr>
        <w:spacing w:after="280"/>
        <w:jc w:val="center"/>
      </w:pPr>
      <w:r>
        <w:rPr>
          <w:b w:val="0"/>
          <w:i w:val="0"/>
          <w:sz w:val="20"/>
        </w:rPr>
        <w:t>podle § 38ch zákona č. 586/1992 Sb., o daních z příjmů, za zdaňovací období (rok) ____________</w:t>
      </w:r>
    </w:p>
    <w:p>
      <w:pPr>
        <w:spacing w:after="80"/>
      </w:pPr>
      <w:r>
        <w:rPr>
          <w:b w:val="0"/>
          <w:i w:val="0"/>
          <w:sz w:val="20"/>
        </w:rPr>
        <w:t>Poznámka: Toto je strukturovaný vzor DokladBotu, ne úřední tiskopis. Oficiální tiskopis 25 5457/B MFin 5457/B (Žádost o roční zúčtování záloh a daňového zvýhodnění) najdete na webu Finanční správy v sekci Daňové tiskopisy; většina zaměstnavatelů žádost řeší elektronicky ve mzdovém systému. Vzor slouží k přípravě údajů a jako kontrolní seznam příloh.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Plátce daně (poslední zaměstnavatel v roce):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    IČO: ____________________</w:t>
      </w:r>
    </w:p>
    <w:p>
      <w:pPr>
        <w:spacing w:after="120"/>
      </w:pPr>
      <w:r>
        <w:rPr>
          <w:b w:val="0"/>
          <w:i w:val="0"/>
          <w:sz w:val="22"/>
        </w:rPr>
        <w:t>Sídlo / adresa: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Poplatník (zaměstnanec):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    Rodné číslo: ____________________</w:t>
      </w:r>
    </w:p>
    <w:p>
      <w:pPr>
        <w:spacing w:after="120"/>
      </w:pPr>
      <w:r>
        <w:rPr>
          <w:b w:val="0"/>
          <w:i w:val="0"/>
          <w:sz w:val="22"/>
        </w:rPr>
        <w:t>Bydliště: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I. Žádám o provedení ročního zúčtování záloh a daňového zvýhodnění a prohlašuji, že</w:t>
      </w:r>
    </w:p>
    <w:p>
      <w:pPr>
        <w:spacing w:after="120"/>
      </w:pPr>
      <w:r>
        <w:rPr>
          <w:b w:val="0"/>
          <w:i w:val="0"/>
          <w:sz w:val="22"/>
        </w:rPr>
        <w:t>a) ve zdaňovacím období jsem pobíral(a) mzdu pouze od jednoho plátce daně, nebo postupně od více plátců daně (ne souběžně v jednom kalendářním měsíci), a u všech jsem učinil(a) prohlášení poplatníka podle § 38k, případně ho činím dodatečně u tohoto plátce nejpozději do 15. února,</w:t>
      </w:r>
    </w:p>
    <w:p>
      <w:pPr>
        <w:spacing w:after="120"/>
      </w:pPr>
      <w:r>
        <w:rPr>
          <w:b w:val="0"/>
          <w:i w:val="0"/>
          <w:sz w:val="22"/>
        </w:rPr>
        <w:t>b) nejsem povinen (povinna) podat daňové přiznání: kromě mzdy nemám příjmy podle § 7 až 10 zákona o daních z příjmů (podnikání, kapitál, nájem, ostatní) vyšší než 20 000 Kč, nepočítaje příjmy osvobozené a zdaněné srážkovou daní,</w:t>
      </w:r>
    </w:p>
    <w:p>
      <w:pPr>
        <w:spacing w:after="120"/>
      </w:pPr>
      <w:r>
        <w:rPr>
          <w:b w:val="0"/>
          <w:i w:val="0"/>
          <w:sz w:val="22"/>
        </w:rPr>
        <w:t>c) předchozí plátci daně v tomto zdaňovacím období (potvrzení o zdanitelných příjmech přikládám od každého):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1474"/>
        <w:gridCol w:w="1474"/>
        <w:gridCol w:w="1871"/>
      </w:tblGrid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Předchozí plátce daně (název, IČO)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Období od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Období do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Potvrzení přiloženo</w:t>
            </w:r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II. V ročním zúčtování uplatňuji (zaškrtněte a doložte)</w:t>
      </w:r>
    </w:p>
    <w:p>
      <w:pPr>
        <w:spacing w:after="120"/>
      </w:pPr>
      <w:r>
        <w:rPr>
          <w:b w:val="0"/>
          <w:i w:val="0"/>
          <w:sz w:val="22"/>
        </w:rPr>
        <w:t>[ ] slevu na manžela / manželku podle § 35ba odst. 1 písm. b): jméno ____________________, rodné číslo ____________________; prohlašuji, že vlastní příjmy manžela / manželky za zdaňovací období nepřesáhly 68 000 Kč a že pečuje o dítě do 3 let věku (čestné prohlášení manžela / manželky přikládám),</w:t>
      </w:r>
    </w:p>
    <w:p>
      <w:pPr>
        <w:spacing w:after="120"/>
      </w:pPr>
      <w:r>
        <w:rPr>
          <w:b w:val="0"/>
          <w:i w:val="0"/>
          <w:sz w:val="22"/>
        </w:rPr>
        <w:t>[ ] slevu na invaliditu nebo slevu pro držitele průkazu ZTP/P dodatečně za měsíce: ____________,</w:t>
      </w:r>
    </w:p>
    <w:p>
      <w:pPr>
        <w:spacing w:after="120"/>
      </w:pPr>
      <w:r>
        <w:rPr>
          <w:b w:val="0"/>
          <w:i w:val="0"/>
          <w:sz w:val="22"/>
        </w:rPr>
        <w:t>[ ] nezdanitelné části základu daně podle § 15: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1587"/>
        <w:gridCol w:w="3231"/>
      </w:tblGrid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Nezdanitelná část základu daně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Částka v Kč</w:t>
            </w:r>
          </w:p>
        </w:tc>
        <w:tc>
          <w:tcPr>
            <w:tcW w:type="dxa" w:w="3231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Doklad</w:t>
            </w:r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18"/>
              </w:rPr>
              <w:t>Úroky z úvěru na bydlení (§ 15 odst. 3 a 4)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3231"/>
          </w:tcPr>
          <w:p>
            <w:pPr>
              <w:spacing w:after="40"/>
            </w:pPr>
            <w:r/>
            <w:r>
              <w:rPr>
                <w:sz w:val="18"/>
              </w:rPr>
              <w:t>potvrzení banky o zaplacených úrocích, smlouva</w:t>
            </w:r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18"/>
              </w:rPr>
              <w:t>Bezúplatná plnění (dary), včetně darování krve (§ 15 odst. 1)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3231"/>
          </w:tcPr>
          <w:p>
            <w:pPr>
              <w:spacing w:after="40"/>
            </w:pPr>
            <w:r/>
            <w:r>
              <w:rPr>
                <w:sz w:val="18"/>
              </w:rPr>
              <w:t>potvrzení příjemce daru</w:t>
            </w:r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18"/>
              </w:rPr>
              <w:t>Příspěvky na penzijní připojištění, doplňkové penzijní spoření, DIP (§ 15 odst. 5)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3231"/>
          </w:tcPr>
          <w:p>
            <w:pPr>
              <w:spacing w:after="40"/>
            </w:pPr>
            <w:r/>
            <w:r>
              <w:rPr>
                <w:sz w:val="18"/>
              </w:rPr>
              <w:t>potvrzení penzijní společnosti nebo poskytovatele</w:t>
            </w:r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18"/>
              </w:rPr>
              <w:t>Pojistné na soukromé životní pojištění (§ 15 odst. 5)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3231"/>
          </w:tcPr>
          <w:p>
            <w:pPr>
              <w:spacing w:after="40"/>
            </w:pPr>
            <w:r/>
            <w:r>
              <w:rPr>
                <w:sz w:val="18"/>
              </w:rPr>
              <w:t>potvrzení pojišťovny</w:t>
            </w:r>
          </w:p>
        </w:tc>
      </w:tr>
      <w:tr>
        <w:tc>
          <w:tcPr>
            <w:tcW w:type="dxa" w:w="4535"/>
          </w:tcPr>
          <w:p>
            <w:pPr>
              <w:spacing w:after="40"/>
            </w:pPr>
            <w:r/>
            <w:r>
              <w:rPr>
                <w:sz w:val="18"/>
              </w:rPr>
              <w:t>Pojištění dlouhodobé péče (§ 15 odst. 5)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3231"/>
          </w:tcPr>
          <w:p>
            <w:pPr>
              <w:spacing w:after="40"/>
            </w:pPr>
            <w:r/>
            <w:r>
              <w:rPr>
                <w:sz w:val="18"/>
              </w:rPr>
              <w:t>potvrzení pojišťovny</w:t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[ ] daňové zvýhodnění na vyživované děti dodatečně za měsíce, kdy nebylo uplatněno v prohlášení poplatníka: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814"/>
        <w:gridCol w:w="2268"/>
        <w:gridCol w:w="1871"/>
      </w:tblGrid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Jméno a příjmení dítěte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Rodné číslo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Uplatňuji ve výši na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/>
                <w:sz w:val="18"/>
              </w:rPr>
              <w:t>Za měsíce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8"/>
              </w:rPr>
              <w:t>1. / 2. / 3. a další dítě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8"/>
              </w:rPr>
              <w:t>1. / 2. / 3. a další dítě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sz w:val="18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III. Přiložené doklady (zaškrtněte)</w:t>
      </w:r>
    </w:p>
    <w:p>
      <w:pPr>
        <w:spacing w:after="120"/>
      </w:pPr>
      <w:r>
        <w:rPr>
          <w:b w:val="0"/>
          <w:i w:val="0"/>
          <w:sz w:val="22"/>
        </w:rPr>
        <w:t>[ ] potvrzení o zdanitelných příjmech od předchozích plátců daně (tiskopis 5460)   [ ] potvrzení zaměstnavatele druhého z poplatníků nebo jeho čestné prohlášení o neuplatnění zvýhodnění na děti</w:t>
      </w:r>
    </w:p>
    <w:p>
      <w:pPr>
        <w:spacing w:after="120"/>
      </w:pPr>
      <w:r>
        <w:rPr>
          <w:b w:val="0"/>
          <w:i w:val="0"/>
          <w:sz w:val="22"/>
        </w:rPr>
        <w:t>[ ] potvrzení o zaplacených úrocích   [ ] potvrzení o darech   [ ] potvrzení o příspěvcích na penzijní produkty a DIP   [ ] potvrzení o pojistném na životní pojištění   [ ] potvrzení o studiu zletilého dítěte   [ ] čestné prohlášení manžela / manželky o příjmech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Prohlašuji, že všechny uvedené údaje jsou pravdivé a úplné a že jsem plátci daně oznámil(a) všechny změny rozhodné pro slevy a daňové zvýhodnění.</w:t>
      </w:r>
    </w:p>
    <w:p>
      <w:pPr>
        <w:spacing w:after="0"/>
      </w:pPr>
      <w:r>
        <w:rPr>
          <w:b w:val="0"/>
          <w:i w:val="0"/>
          <w:sz w:val="22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podpis poplatníka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žádost převzal plátce daně dne, jméno a podpis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20"/>
        </w:rPr>
        <w:t>Lhůty podle § 38ch: žádost a všechny doklady odevzdejte plátci daně nejpozději do 15. února po skončení zdaňovacího období (za rok 2026 do 15. února 2027). Plátce daně provede zúčtování nejpozději do 31. března a přeplatek vyšší než 50 Kč vrátí nejpozději při zúčtování mzdy za březen. Případný nedoplatek se poplatníkovi nesráží. Kdo termín nestihne nebo je povinen podat daňové přiznání, uplatní slevy a odpočty sám v přiznání.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roční zúčtování záloh a daňového zvýhodnění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