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6"/>
        </w:rPr>
        <w:t>ŽÁDOST O PROMINUTÍ PENÁLE ZDRAVOTNÍ POJIŠŤOVNĚ</w:t>
        <w:br/>
        <w:t>(ODSTRANĚNÍ TVRDOSTI)</w:t>
      </w:r>
    </w:p>
    <w:p>
      <w:pPr>
        <w:jc w:val="center"/>
      </w:pPr>
      <w:r>
        <w:rPr>
          <w:sz w:val="20"/>
        </w:rPr>
        <w:t>podle § 53a zákona č. 48/1997 Sb., o veřejném zdravotním pojištění, ve znění pozdějších předpisů</w:t>
      </w:r>
    </w:p>
    <w:p>
      <w:pPr>
        <w:spacing w:before="200"/>
      </w:pPr>
      <w:r>
        <w:rPr>
          <w:b/>
          <w:sz w:val="26"/>
        </w:rPr>
        <w:t>Adresát</w:t>
      </w:r>
    </w:p>
    <w:p>
      <w:r>
        <w:t>Zdravotní pojišťovna: ____________________, pobočka ____________________</w:t>
      </w:r>
    </w:p>
    <w:p>
      <w:pPr>
        <w:spacing w:before="200"/>
      </w:pPr>
      <w:r>
        <w:rPr>
          <w:b/>
          <w:sz w:val="26"/>
        </w:rPr>
        <w:t>Plátce pojistného (žadatel)</w:t>
      </w:r>
    </w:p>
    <w:p>
      <w:r>
        <w:t>Jméno a příjmení / název: ____________________</w:t>
      </w:r>
    </w:p>
    <w:p>
      <w:r>
        <w:t>Datum narození / IČO: ____________ Číslo pojištěnce / VS plátce: ____________</w:t>
      </w:r>
    </w:p>
    <w:p>
      <w:r>
        <w:t>Adresa / sídlo: ____________________</w:t>
      </w:r>
    </w:p>
    <w:p>
      <w:r>
        <w:t>ID datové schránky / telefon: ____________________</w:t>
      </w:r>
    </w:p>
    <w:p>
      <w:pPr>
        <w:spacing w:before="200"/>
      </w:pPr>
      <w:r>
        <w:rPr>
          <w:b/>
          <w:sz w:val="26"/>
        </w:rPr>
        <w:t>Předmět žádosti</w:t>
      </w:r>
    </w:p>
    <w:p>
      <w:r>
        <w:t>Žádám o odstranění tvrdosti a prominutí penále předepsaného platebním výměrem / výkazem nedoplatků č. ____________ ze dne ____________</w:t>
      </w:r>
    </w:p>
    <w:p>
      <w:r>
        <w:t>Výše penále, jehož prominutí žádám: ____________ Kč (celé penále / část penále, nehodící se škrtněte).</w:t>
      </w:r>
    </w:p>
    <w:p>
      <w:r>
        <w:t>Dlužné pojistné bylo uhrazeno dne: ____________</w:t>
      </w:r>
    </w:p>
    <w:p>
      <w:pPr>
        <w:spacing w:before="200"/>
      </w:pPr>
      <w:r>
        <w:rPr>
          <w:b/>
          <w:sz w:val="26"/>
        </w:rPr>
        <w:t>Důvody žádosti (tvrdost)</w:t>
      </w:r>
    </w:p>
    <w:p>
      <w:r>
        <w:t>Popište, proč dluh vznikl a proč by vymáhání penále bylo nepřiměřeně tvrdé (například nemoc, výpadek příjmů, druhotná platební neschopnost, mimořádná rodinná situace):</w:t>
      </w:r>
    </w:p>
    <w:p>
      <w:r>
        <w:t>____________________________________________________________________</w:t>
      </w:r>
    </w:p>
    <w:p>
      <w:r>
        <w:t>____________________________________________________________________</w:t>
      </w:r>
    </w:p>
    <w:p>
      <w:r>
        <w:t>____________________________________________________________________</w:t>
      </w:r>
    </w:p>
    <w:p>
      <w:pPr>
        <w:spacing w:before="200"/>
      </w:pPr>
      <w:r>
        <w:rPr>
          <w:b/>
          <w:sz w:val="26"/>
        </w:rPr>
        <w:t>Prohlášení žadatele</w:t>
      </w:r>
    </w:p>
    <w:p>
      <w:r>
        <w:t>Prohlašuji, že splatné pojistné na zdravotní pojištění je uhrazeno, že vůči mně není podán insolvenční návrh a že jsem nevstoupil do likvidace (§ 53a odst. 3 zákona č. 48/1997 Sb.).</w:t>
      </w:r>
    </w:p>
    <w:p>
      <w:pPr>
        <w:spacing w:before="200"/>
      </w:pPr>
      <w:r>
        <w:rPr>
          <w:b/>
          <w:sz w:val="26"/>
        </w:rPr>
        <w:t>Přílohy</w:t>
      </w:r>
    </w:p>
    <w:p>
      <w:r>
        <w:t>Doklady k tvrzeným důvodům (lékařské zprávy, výpisy z účtu, přehled závazků a pohledávek).</w:t>
      </w:r>
    </w:p>
    <w:p>
      <w:r>
        <w:rPr>
          <w:i/>
          <w:sz w:val="20"/>
        </w:rPr>
        <w:t>Na prominutí penále není právní nárok. Penále do 30 000 Kč promíjí zdravotní pojišťovna, vyšší penále a přirážky k pojistnému rozhodčí orgán pojišťovny (§ 53a odst. 1 a 2). Žádost podejte do právní moci rozhodnutí o penále; u výkazu nedoplatků do 8 dnů od jeho vykonatelnosti (§ 53a odst. 4). Žádost je bez poplatku.</w:t>
      </w:r>
    </w:p>
    <w:p>
      <w:r/>
    </w:p>
    <w:p>
      <w:r>
        <w:t>V ____________ dne ____________</w:t>
      </w:r>
    </w:p>
    <w:p>
      <w:r/>
    </w:p>
    <w:p>
      <w:r>
        <w:t>_________________________</w:t>
      </w:r>
    </w:p>
    <w:p>
      <w:r>
        <w:t>podpis plátce pojistného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/>
    <w:r>
      <w:rPr>
        <w:color w:val="6B726E"/>
        <w:sz w:val="16"/>
      </w:rPr>
      <w:t>Vzor připravil DokladBot | české účetnictví přes WhatsApp | dokladbot.cz/vzory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