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PROMINUTÍ PENÁLE</w:t>
        <w:br/>
        <w:t>(ODSTRANĚNÍ TVRDOSTI ZÁKONA)</w:t>
      </w:r>
    </w:p>
    <w:p>
      <w:pPr>
        <w:jc w:val="center"/>
      </w:pPr>
      <w:r>
        <w:rPr>
          <w:sz w:val="20"/>
        </w:rPr>
        <w:t>podle § 104ch zákona č. 582/1991 Sb. a vyhlášky č. 161/1998 Sb., o promíjení penále správami sociálního zabezpečení</w:t>
      </w:r>
    </w:p>
    <w:p>
      <w:pPr>
        <w:spacing w:before="200"/>
      </w:pPr>
      <w:r>
        <w:rPr>
          <w:b/>
          <w:sz w:val="26"/>
        </w:rPr>
        <w:t>Adresát</w:t>
      </w:r>
    </w:p>
    <w:p>
      <w:r>
        <w:t>Okresní správa sociálního zabezpečení ____________________</w:t>
      </w:r>
    </w:p>
    <w:p>
      <w:pPr>
        <w:spacing w:before="200"/>
      </w:pPr>
      <w:r>
        <w:rPr>
          <w:b/>
          <w:sz w:val="26"/>
        </w:rPr>
        <w:t>Plátce pojistného (žadatel)</w:t>
      </w:r>
    </w:p>
    <w:p>
      <w:r>
        <w:t>Jméno a příjmení / název: ____________________</w:t>
      </w:r>
    </w:p>
    <w:p>
      <w:r>
        <w:t>Datum narození / IČO: ____________ Variabilní symbol plátce: ____________</w:t>
      </w:r>
    </w:p>
    <w:p>
      <w:r>
        <w:t>Adresa / sídlo: ____________________</w:t>
      </w:r>
    </w:p>
    <w:p>
      <w:r>
        <w:t>ID datové schránky / telefon: ____________________</w:t>
      </w:r>
    </w:p>
    <w:p>
      <w:pPr>
        <w:spacing w:before="200"/>
      </w:pPr>
      <w:r>
        <w:rPr>
          <w:b/>
          <w:sz w:val="26"/>
        </w:rPr>
        <w:t>Předmět žádosti</w:t>
      </w:r>
    </w:p>
    <w:p>
      <w:r>
        <w:t>Žádám o prominutí penále z dluhu na pojistném na sociální zabezpečení a příspěvku na státní politiku zaměstnanosti za období: ____________________</w:t>
      </w:r>
    </w:p>
    <w:p>
      <w:r>
        <w:t>Výše penále, jehož prominutí žádám: ____________ Kč (celé penále / část penále, nehodící se škrtněte).</w:t>
      </w:r>
    </w:p>
    <w:p>
      <w:r>
        <w:t>Dlužné pojistné bylo uhrazeno dne: ____________</w:t>
      </w:r>
    </w:p>
    <w:p>
      <w:pPr>
        <w:spacing w:before="200"/>
      </w:pPr>
      <w:r>
        <w:rPr>
          <w:b/>
          <w:sz w:val="26"/>
        </w:rPr>
        <w:t>Důvody žádosti (tvrdost zákona)</w:t>
      </w:r>
    </w:p>
    <w:p>
      <w:r>
        <w:t>Popište, proč dluh vznikl a proč by vymáhání penále bylo nepřiměřeně tvrdé (například nemoc, výpadek příjmů, druhotná platební neschopnost, živelní událost, péče o blízkou osobu):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pPr>
        <w:spacing w:before="200"/>
      </w:pPr>
      <w:r>
        <w:rPr>
          <w:b/>
          <w:sz w:val="26"/>
        </w:rPr>
        <w:t>Prohlášení žadatele</w:t>
      </w:r>
    </w:p>
    <w:p>
      <w:r>
        <w:t>Prohlašuji, že pojistné splatné do dne vydání rozhodnutí o této žádosti je uhrazeno, že vůči mně není podán insolvenční návrh a že jsem nevstoupil do likvidace (§ 2 vyhlášky č. 161/1998 Sb.).</w:t>
      </w:r>
    </w:p>
    <w:p>
      <w:pPr>
        <w:spacing w:before="200"/>
      </w:pPr>
      <w:r>
        <w:rPr>
          <w:b/>
          <w:sz w:val="26"/>
        </w:rPr>
        <w:t>Přílohy</w:t>
      </w:r>
    </w:p>
    <w:p>
      <w:r>
        <w:t>Doklady k tvrzeným důvodům (lékařské zprávy, výpisy z účtu, přehled závazků a pohledávek), případně přehled čerpané podpory de minimis.</w:t>
      </w:r>
    </w:p>
    <w:p>
      <w:r>
        <w:rPr>
          <w:i/>
          <w:sz w:val="20"/>
        </w:rPr>
        <w:t>Na prominutí penále není právní nárok. Penále do 200 000 Kč promíjí okresní správa sociálního zabezpečení, do 1 000 000 Kč Česká správa sociálního zabezpečení, nad tuto částku Ministerstvo práce a sociálních věcí (§ 1 vyhlášky č. 161/1998 Sb.). Žádost je bez poplatku.</w:t>
      </w:r>
    </w:p>
    <w:p>
      <w:r/>
    </w:p>
    <w:p>
      <w:r>
        <w:t>V ____________ dne ____________</w:t>
      </w:r>
    </w:p>
    <w:p>
      <w:r/>
    </w:p>
    <w:p>
      <w:r>
        <w:t>_________________________</w:t>
      </w:r>
    </w:p>
    <w:p>
      <w:r>
        <w:t>podpis plátce pojistného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