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ŽÁDOST O VYDÁNÍ POTVRZENÍ O BEZDLUŽNOSTI,</w:t>
        <w:br/>
        <w:t>POPŘÍPADĚ O STAVU OSOBNÍHO DAŇOVÉHO ÚČTU</w:t>
      </w:r>
    </w:p>
    <w:p>
      <w:pPr>
        <w:jc w:val="center"/>
      </w:pPr>
      <w:r>
        <w:rPr>
          <w:sz w:val="20"/>
        </w:rPr>
        <w:t>podle § 151 zákona č. 280/2009 Sb., daňový řád, ve znění pozdějších předpisů</w:t>
      </w:r>
    </w:p>
    <w:p>
      <w:pPr>
        <w:spacing w:before="200"/>
      </w:pPr>
      <w:r>
        <w:rPr>
          <w:b/>
          <w:sz w:val="26"/>
        </w:rPr>
        <w:t>Správce daně (adresát)</w:t>
      </w:r>
    </w:p>
    <w:p>
      <w:r>
        <w:t>Finanční úřad pro ____________________</w:t>
      </w:r>
    </w:p>
    <w:p>
      <w:r>
        <w:t>Územní pracoviště ____________________</w:t>
      </w:r>
    </w:p>
    <w:p>
      <w:pPr>
        <w:spacing w:before="200"/>
      </w:pPr>
      <w:r>
        <w:rPr>
          <w:b/>
          <w:sz w:val="26"/>
        </w:rPr>
        <w:t>Daňový subjekt (žadatel)</w:t>
      </w:r>
    </w:p>
    <w:p>
      <w:r>
        <w:t>Jméno a příjmení / název: ____________________</w:t>
      </w:r>
    </w:p>
    <w:p>
      <w:r>
        <w:t>Datum narození / IČO: ____________ DIČ: ____________</w:t>
      </w:r>
    </w:p>
    <w:p>
      <w:r>
        <w:t>Adresa / sídlo: ____________________</w:t>
      </w:r>
    </w:p>
    <w:p>
      <w:r>
        <w:t>ID datové schránky / telefon: ____________________</w:t>
      </w:r>
    </w:p>
    <w:p>
      <w:pPr>
        <w:spacing w:before="200"/>
      </w:pPr>
      <w:r>
        <w:rPr>
          <w:b/>
          <w:sz w:val="26"/>
        </w:rPr>
        <w:t>Předmět žádosti</w:t>
      </w:r>
    </w:p>
    <w:p>
      <w:r>
        <w:t>Žádám o vydání potvrzení o bezdlužnosti / potvrzení o stavu osobního daňového účtu (nehodící se škrtněte).</w:t>
      </w:r>
    </w:p>
    <w:p>
      <w:r>
        <w:t>Počet vyhotovení: ____________</w:t>
      </w:r>
    </w:p>
    <w:p>
      <w:pPr>
        <w:spacing w:before="200"/>
      </w:pPr>
      <w:r>
        <w:rPr>
          <w:b/>
          <w:sz w:val="26"/>
        </w:rPr>
        <w:t>Účel potvrzení</w:t>
      </w:r>
    </w:p>
    <w:p>
      <w:r>
        <w:t>Potvrzení potřebuji pro: žádost o dotaci / veřejnou zakázku / žádost o úvěr / jiný účel: ____________________</w:t>
      </w:r>
    </w:p>
    <w:p>
      <w:pPr>
        <w:spacing w:before="200"/>
      </w:pPr>
      <w:r>
        <w:rPr>
          <w:b/>
          <w:sz w:val="26"/>
        </w:rPr>
        <w:t>Způsob převzetí potvrzení</w:t>
      </w:r>
    </w:p>
    <w:p>
      <w:r>
        <w:t>Do datové schránky / poštou na uvedenou adresu / osobně na podatelně (nehodící se škrtněte).</w:t>
      </w:r>
    </w:p>
    <w:p>
      <w:r>
        <w:rPr>
          <w:i/>
          <w:sz w:val="20"/>
        </w:rPr>
        <w:t>Vydání potvrzení podléhá správnímu poplatku 100 Kč za každé vyhotovení (položka 1 bod 2 písm. a) sazebníku zákona č. 634/2004 Sb., o správních poplatcích). Doklad o zaplacení přiložte, případně poplatek uhraďte na výzvu správce daně.</w:t>
      </w:r>
    </w:p>
    <w:p>
      <w:r/>
    </w:p>
    <w:p>
      <w:r>
        <w:t>V ____________ dne ____________</w:t>
      </w:r>
    </w:p>
    <w:p>
      <w:r/>
    </w:p>
    <w:p>
      <w:r>
        <w:t>_________________________</w:t>
      </w:r>
    </w:p>
    <w:p>
      <w:r>
        <w:t>podpis žadatele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