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Zaměstnanec:</w:t>
      </w:r>
    </w:p>
    <w:p>
      <w:r>
        <w:rPr>
          <w:b w:val="0"/>
          <w:sz w:val="22"/>
        </w:rPr>
        <w:t>Jméno a příjmení: ____________________</w:t>
      </w:r>
    </w:p>
    <w:p>
      <w:r>
        <w:rPr>
          <w:b w:val="0"/>
          <w:sz w:val="22"/>
        </w:rPr>
        <w:t>Datum narození: ____________________</w:t>
      </w:r>
    </w:p>
    <w:p>
      <w:r>
        <w:rPr>
          <w:b w:val="0"/>
          <w:sz w:val="22"/>
        </w:rPr>
        <w:t>Bydliště: ____________________</w:t>
      </w:r>
    </w:p>
    <w:p>
      <w:r>
        <w:rPr>
          <w:b w:val="0"/>
          <w:sz w:val="22"/>
        </w:rPr>
        <w:t>Osobní číslo / oddělení: ____________________</w:t>
      </w:r>
    </w:p>
    <w:p/>
    <w:p>
      <w:pPr>
        <w:spacing w:after="40"/>
      </w:pPr>
      <w:r>
        <w:rPr>
          <w:b/>
          <w:sz w:val="22"/>
        </w:rPr>
        <w:t>Zaměstnavatel:</w:t>
      </w:r>
    </w:p>
    <w:p>
      <w:r>
        <w:rPr>
          <w:b w:val="0"/>
          <w:sz w:val="22"/>
        </w:rPr>
        <w:t>Obchodní firma / jméno a příjmení: ____________________</w:t>
      </w:r>
    </w:p>
    <w:p>
      <w:r>
        <w:rPr>
          <w:b w:val="0"/>
          <w:sz w:val="22"/>
        </w:rPr>
        <w:t>K rukám: ____________________</w:t>
      </w:r>
    </w:p>
    <w:p/>
    <w:p>
      <w:r>
        <w:rPr>
          <w:b w:val="0"/>
          <w:sz w:val="22"/>
        </w:rPr>
        <w:t>V ____________________ dne ____________________</w:t>
      </w:r>
    </w:p>
    <w:p/>
    <w:p>
      <w:pPr>
        <w:spacing w:after="40"/>
        <w:jc w:val="center"/>
      </w:pPr>
      <w:r>
        <w:rPr>
          <w:b/>
          <w:sz w:val="36"/>
        </w:rPr>
        <w:t>ŽÁDOST O POSKYTNUTÍ NEPLACENÉHO VOLNA</w:t>
      </w:r>
    </w:p>
    <w:p>
      <w:pPr>
        <w:spacing w:after="200"/>
        <w:jc w:val="center"/>
      </w:pPr>
      <w:r>
        <w:rPr>
          <w:b w:val="0"/>
          <w:sz w:val="20"/>
        </w:rPr>
        <w:t>pracovní volno bez náhrady mzdy na základě dohody se zaměstnavatelem</w:t>
      </w:r>
    </w:p>
    <w:p>
      <w:r>
        <w:rPr>
          <w:b w:val="0"/>
          <w:sz w:val="22"/>
        </w:rPr>
        <w:t>Žádám o poskytnutí pracovního volna bez náhrady mzdy (neplaceného volna) v tomto rozsahu: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762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4649"/>
          </w:tcPr>
          <w:p>
            <w:r>
              <w:rPr>
                <w:b/>
                <w:sz w:val="20"/>
              </w:rPr>
              <w:t>Vyplní zaměstnanec</w:t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Od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Do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Počet pracovních dnů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Důvod žádosti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Zastupující zaměstnanec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</w:tbl>
    <w:p>
      <w:r>
        <w:rPr>
          <w:b w:val="0"/>
          <w:sz w:val="22"/>
        </w:rPr>
        <w:t>Beru na vědomí, že po dobu neplaceného volna mi nenáleží mzda ani náhrada mzdy a že tato doba se nezapočítává jako doba výkonu práce pro účely dovolené.</w:t>
      </w:r>
    </w:p>
    <w:p>
      <w:r>
        <w:rPr>
          <w:b w:val="0"/>
          <w:sz w:val="22"/>
        </w:rPr>
        <w:t>Beru na vědomí, že po dobu neplaceného volna je zaměstnavatel povinen odvést pojistné na veřejné zdravotní pojištění nejméně z minimálního vyměřovacího základu, kterým je minimální mzda (v roce 2026 částka 22 400 Kč, pojistné 13,5 %, tedy 3 024 Kč měsíčně). Zavazuji se zaměstnavateli uhradit částku pojistného připadající na dobu neplaceného volna: ano / ne (nehodící se škrtněte).</w:t>
      </w:r>
    </w:p>
    <w:p/>
    <w:p/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podpis zaměstnance</w:t>
      </w:r>
    </w:p>
    <w:p/>
    <w:p>
      <w:pPr>
        <w:spacing w:after="40"/>
      </w:pPr>
      <w:r>
        <w:rPr>
          <w:b/>
          <w:sz w:val="22"/>
        </w:rPr>
        <w:t>Vyjádření zaměstnavatele</w:t>
      </w:r>
    </w:p>
    <w:p>
      <w:r>
        <w:rPr>
          <w:b w:val="0"/>
          <w:sz w:val="22"/>
        </w:rPr>
        <w:t>S poskytnutím neplaceného volna v uvedeném termínu souhlasím / nesouhlasím (nehodící se škrtněte).</w:t>
      </w:r>
    </w:p>
    <w:p>
      <w:r>
        <w:rPr>
          <w:b w:val="0"/>
          <w:sz w:val="22"/>
        </w:rPr>
        <w:t>Ujednání o úhradě zdravotního pojištění: ____________________</w:t>
      </w:r>
    </w:p>
    <w:p/>
    <w:p>
      <w:r>
        <w:rPr>
          <w:b w:val="0"/>
          <w:sz w:val="22"/>
        </w:rPr>
        <w:t>V ____________________ dne ____________________</w:t>
      </w:r>
    </w:p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jméno, funkce a podpis za zaměstnavatele</w:t>
      </w:r>
    </w:p>
    <w:p/>
    <w:p>
      <w:r>
        <w:rPr>
          <w:b w:val="0"/>
          <w:color w:val="6B726E"/>
          <w:sz w:val="18"/>
        </w:rPr>
        <w:t>Pozn.: Na neplacené volno není právní nárok, zákoník práce ho neupravuje. Jde o dohodu zaměstnance a zaměstnavatele, proto ji sjednejte písemně a s jasným začátkem i koncem. Od neplaceného volna odlište překážky v práci, na které nárok je (například svatba, stěhování, doprovod k lékaři podle nařízení vlády č. 590/2006 Sb., nebo ošetřovné). Po dobu neplaceného volna zaměstnanec nadále zůstává zaměstnancem, ale nemá příjem, a proto se řeší minimální vyměřovací základ zdravotního pojištění.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