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sz w:val="22"/>
        </w:rPr>
        <w:t>Zaměstnanec:</w:t>
      </w:r>
    </w:p>
    <w:p>
      <w:r>
        <w:rPr>
          <w:b w:val="0"/>
          <w:sz w:val="22"/>
        </w:rPr>
        <w:t>Jméno a příjmení: ____________________</w:t>
      </w:r>
    </w:p>
    <w:p>
      <w:r>
        <w:rPr>
          <w:b w:val="0"/>
          <w:sz w:val="22"/>
        </w:rPr>
        <w:t>Datum narození: ____________________</w:t>
      </w:r>
    </w:p>
    <w:p>
      <w:r>
        <w:rPr>
          <w:b w:val="0"/>
          <w:sz w:val="22"/>
        </w:rPr>
        <w:t>Bydliště: ____________________</w:t>
      </w:r>
    </w:p>
    <w:p>
      <w:r>
        <w:rPr>
          <w:b w:val="0"/>
          <w:sz w:val="22"/>
        </w:rPr>
        <w:t>Osobní číslo / oddělení: ____________________</w:t>
      </w:r>
    </w:p>
    <w:p/>
    <w:p>
      <w:pPr>
        <w:spacing w:after="40"/>
      </w:pPr>
      <w:r>
        <w:rPr>
          <w:b/>
          <w:sz w:val="22"/>
        </w:rPr>
        <w:t>Zaměstnavatel:</w:t>
      </w:r>
    </w:p>
    <w:p>
      <w:r>
        <w:rPr>
          <w:b w:val="0"/>
          <w:sz w:val="22"/>
        </w:rPr>
        <w:t>Obchodní firma / jméno a příjmení: ____________________</w:t>
      </w:r>
    </w:p>
    <w:p>
      <w:r>
        <w:rPr>
          <w:b w:val="0"/>
          <w:sz w:val="22"/>
        </w:rPr>
        <w:t>K rukám: ____________________ (přímý nadřízený, personální oddělení)</w:t>
      </w:r>
    </w:p>
    <w:p/>
    <w:p>
      <w:r>
        <w:rPr>
          <w:b w:val="0"/>
          <w:sz w:val="22"/>
        </w:rPr>
        <w:t>V ____________________ dne ____________________</w:t>
      </w:r>
    </w:p>
    <w:p/>
    <w:p>
      <w:pPr>
        <w:spacing w:after="40"/>
        <w:jc w:val="center"/>
      </w:pPr>
      <w:r>
        <w:rPr>
          <w:b/>
          <w:sz w:val="36"/>
        </w:rPr>
        <w:t>ŽÁDOST O POSKYTNUTÍ DOVOLENÉ</w:t>
      </w:r>
    </w:p>
    <w:p>
      <w:pPr>
        <w:spacing w:after="200"/>
        <w:jc w:val="center"/>
      </w:pPr>
      <w:r>
        <w:rPr>
          <w:b w:val="0"/>
          <w:sz w:val="20"/>
        </w:rPr>
        <w:t>podle § 217 zákona č. 262/2006 Sb., zákoník práce, ve znění pozdějších předpisů</w:t>
      </w:r>
    </w:p>
    <w:p>
      <w:r>
        <w:rPr>
          <w:b w:val="0"/>
          <w:sz w:val="22"/>
        </w:rPr>
        <w:t>Žádám o určení čerpání dovolené v tomto rozsahu:</w:t>
      </w:r>
    </w:p>
    <w:tbl>
      <w:tblPr>
        <w:tblStyle w:val="TableGrid"/>
        <w:tblW w:type="auto" w:w="0"/>
        <w:tblLook w:firstColumn="1" w:firstRow="1" w:lastColumn="0" w:lastRow="0" w:noHBand="0" w:noVBand="1" w:val="04A0"/>
      </w:tblPr>
      <w:tblGrid>
        <w:gridCol w:w="4873"/>
        <w:gridCol w:w="4873"/>
      </w:tblGrid>
      <w:tr>
        <w:tc>
          <w:tcPr>
            <w:tcW w:type="dxa" w:w="4762"/>
          </w:tcPr>
          <w:p>
            <w:r>
              <w:rPr>
                <w:b/>
                <w:sz w:val="20"/>
              </w:rPr>
              <w:t>Údaj</w:t>
            </w:r>
          </w:p>
        </w:tc>
        <w:tc>
          <w:tcPr>
            <w:tcW w:type="dxa" w:w="4649"/>
          </w:tcPr>
          <w:p>
            <w:r>
              <w:rPr>
                <w:b/>
                <w:sz w:val="20"/>
              </w:rPr>
              <w:t>Vyplní zaměstnanec</w:t>
            </w:r>
          </w:p>
        </w:tc>
      </w:tr>
      <w:tr>
        <w:tc>
          <w:tcPr>
            <w:tcW w:type="dxa" w:w="4762"/>
          </w:tcPr>
          <w:p>
            <w:r>
              <w:rPr>
                <w:sz w:val="20"/>
              </w:rPr>
              <w:t>Od (první den dovolené)</w:t>
            </w:r>
          </w:p>
        </w:tc>
        <w:tc>
          <w:tcPr>
            <w:tcW w:type="dxa" w:w="4649"/>
          </w:tcPr>
          <w:p>
            <w:r>
              <w:rPr>
                <w:sz w:val="20"/>
              </w:rPr>
            </w:r>
          </w:p>
        </w:tc>
      </w:tr>
      <w:tr>
        <w:tc>
          <w:tcPr>
            <w:tcW w:type="dxa" w:w="4762"/>
          </w:tcPr>
          <w:p>
            <w:r>
              <w:rPr>
                <w:sz w:val="20"/>
              </w:rPr>
              <w:t>Do (poslední den dovolené)</w:t>
            </w:r>
          </w:p>
        </w:tc>
        <w:tc>
          <w:tcPr>
            <w:tcW w:type="dxa" w:w="4649"/>
          </w:tcPr>
          <w:p>
            <w:r>
              <w:rPr>
                <w:sz w:val="20"/>
              </w:rPr>
            </w:r>
          </w:p>
        </w:tc>
      </w:tr>
      <w:tr>
        <w:tc>
          <w:tcPr>
            <w:tcW w:type="dxa" w:w="4762"/>
          </w:tcPr>
          <w:p>
            <w:r>
              <w:rPr>
                <w:sz w:val="20"/>
              </w:rPr>
              <w:t>Počet pracovních dnů / hodin dovolené</w:t>
            </w:r>
          </w:p>
        </w:tc>
        <w:tc>
          <w:tcPr>
            <w:tcW w:type="dxa" w:w="4649"/>
          </w:tcPr>
          <w:p>
            <w:r>
              <w:rPr>
                <w:sz w:val="20"/>
              </w:rPr>
            </w:r>
          </w:p>
        </w:tc>
      </w:tr>
      <w:tr>
        <w:tc>
          <w:tcPr>
            <w:tcW w:type="dxa" w:w="4762"/>
          </w:tcPr>
          <w:p>
            <w:r>
              <w:rPr>
                <w:sz w:val="20"/>
              </w:rPr>
              <w:t>Zbývající nevyčerpaná dovolená k dnešnímu dni</w:t>
            </w:r>
          </w:p>
        </w:tc>
        <w:tc>
          <w:tcPr>
            <w:tcW w:type="dxa" w:w="4649"/>
          </w:tcPr>
          <w:p>
            <w:r>
              <w:rPr>
                <w:sz w:val="20"/>
              </w:rPr>
            </w:r>
          </w:p>
        </w:tc>
      </w:tr>
      <w:tr>
        <w:tc>
          <w:tcPr>
            <w:tcW w:type="dxa" w:w="4762"/>
          </w:tcPr>
          <w:p>
            <w:r>
              <w:rPr>
                <w:sz w:val="20"/>
              </w:rPr>
              <w:t>Zastupující zaměstnanec po dobu nepřítomnosti</w:t>
            </w:r>
          </w:p>
        </w:tc>
        <w:tc>
          <w:tcPr>
            <w:tcW w:type="dxa" w:w="4649"/>
          </w:tcPr>
          <w:p>
            <w:r>
              <w:rPr>
                <w:sz w:val="20"/>
              </w:rPr>
            </w:r>
          </w:p>
        </w:tc>
      </w:tr>
      <w:tr>
        <w:tc>
          <w:tcPr>
            <w:tcW w:type="dxa" w:w="4762"/>
          </w:tcPr>
          <w:p>
            <w:r>
              <w:rPr>
                <w:sz w:val="20"/>
              </w:rPr>
              <w:t>Kontakt v naléhavém případě (nepovinné)</w:t>
            </w:r>
          </w:p>
        </w:tc>
        <w:tc>
          <w:tcPr>
            <w:tcW w:type="dxa" w:w="4649"/>
          </w:tcPr>
          <w:p>
            <w:r>
              <w:rPr>
                <w:sz w:val="20"/>
              </w:rPr>
            </w:r>
          </w:p>
        </w:tc>
      </w:tr>
    </w:tbl>
    <w:p>
      <w:r>
        <w:rPr>
          <w:b w:val="0"/>
          <w:sz w:val="22"/>
        </w:rPr>
        <w:t>Práci a předání agendy zastupujícímu zaměstnanci zajistím před nástupem na dovolenou.</w:t>
      </w:r>
    </w:p>
    <w:p/>
    <w:p/>
    <w:p/>
    <w:p>
      <w:pPr>
        <w:spacing w:after="0"/>
      </w:pPr>
      <w:r>
        <w:rPr>
          <w:b w:val="0"/>
          <w:sz w:val="22"/>
        </w:rPr>
        <w:t>_________________________</w:t>
      </w:r>
    </w:p>
    <w:p>
      <w:r>
        <w:rPr>
          <w:b w:val="0"/>
          <w:color w:val="6B726E"/>
          <w:sz w:val="20"/>
        </w:rPr>
        <w:t>podpis zaměstnance</w:t>
      </w:r>
    </w:p>
    <w:p/>
    <w:p>
      <w:pPr>
        <w:spacing w:after="40"/>
      </w:pPr>
      <w:r>
        <w:rPr>
          <w:b/>
          <w:sz w:val="22"/>
        </w:rPr>
        <w:t>Vyjádření zaměstnavatele</w:t>
      </w:r>
    </w:p>
    <w:p>
      <w:r>
        <w:rPr>
          <w:b w:val="0"/>
          <w:sz w:val="22"/>
        </w:rPr>
        <w:t>Čerpání dovolené v uvedeném termínu určuji / neurčuji (nehodící se škrtněte).</w:t>
      </w:r>
    </w:p>
    <w:p>
      <w:r>
        <w:rPr>
          <w:b w:val="0"/>
          <w:sz w:val="22"/>
        </w:rPr>
        <w:t>Důvod neurčení nebo navržený jiný termín: ____________________</w:t>
      </w:r>
    </w:p>
    <w:p/>
    <w:p>
      <w:r>
        <w:rPr>
          <w:b w:val="0"/>
          <w:sz w:val="22"/>
        </w:rPr>
        <w:t>V ____________________ dne ____________________</w:t>
      </w:r>
    </w:p>
    <w:p/>
    <w:p>
      <w:pPr>
        <w:spacing w:after="0"/>
      </w:pPr>
      <w:r>
        <w:rPr>
          <w:b w:val="0"/>
          <w:sz w:val="22"/>
        </w:rPr>
        <w:t>_________________________</w:t>
      </w:r>
    </w:p>
    <w:p>
      <w:r>
        <w:rPr>
          <w:b w:val="0"/>
          <w:color w:val="6B726E"/>
          <w:sz w:val="20"/>
        </w:rPr>
        <w:t>jméno, funkce a podpis za zaměstnavatele</w:t>
      </w:r>
    </w:p>
    <w:p/>
    <w:p>
      <w:r>
        <w:rPr>
          <w:b w:val="0"/>
          <w:color w:val="6B726E"/>
          <w:sz w:val="18"/>
        </w:rPr>
        <w:t>Pozn.: Dobu čerpání dovolené určuje zaměstnavatel, a to podle rozvrhu čerpání dovolené s přihlédnutím k provozním důvodům a k oprávněným zájmům zaměstnance (§ 217 odst. 1 zákoníku práce). Žádost zaměstnance je návrhem, nárok na konkrétní termín z ní nevzniká. Určenou dobu čerpání je zaměstnavatel povinen písemně oznámit zaměstnanci alespoň 14 dnů předem, pokud se se zaměstnancem nedohodne na kratší době. Zaměstnavatel je povinen určit dovolenou tak, aby ji zaměstnanec vyčerpal v roce, ve kterém právo na dovolenou vzniklo (§ 218). Neurčí-li ji do 30. června následujícího roku, má právo určit si čerpání sám zaměstnanec.</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center"/>
    </w:pPr>
    <w:r>
      <w:drawing>
        <wp:inline xmlns:a="http://schemas.openxmlformats.org/drawingml/2006/main" xmlns:pic="http://schemas.openxmlformats.org/drawingml/2006/picture">
          <wp:extent cx="576000" cy="151200"/>
          <wp:docPr id="1" name="Picture 1"/>
          <wp:cNvGraphicFramePr>
            <a:graphicFrameLocks noChangeAspect="1"/>
          </wp:cNvGraphicFramePr>
          <a:graphic>
            <a:graphicData uri="http://schemas.openxmlformats.org/drawingml/2006/picture">
              <pic:pic>
                <pic:nvPicPr>
                  <pic:cNvPr id="0" name="logo-dokladbot.png"/>
                  <pic:cNvPicPr/>
                </pic:nvPicPr>
                <pic:blipFill>
                  <a:blip r:embed="rId1"/>
                  <a:stretch>
                    <a:fillRect/>
                  </a:stretch>
                </pic:blipFill>
                <pic:spPr>
                  <a:xfrm>
                    <a:off x="0" y="0"/>
                    <a:ext cx="576000" cy="151200"/>
                  </a:xfrm>
                  <a:prstGeom prst="rect"/>
                </pic:spPr>
              </pic:pic>
            </a:graphicData>
          </a:graphic>
        </wp:inline>
      </w:drawing>
    </w:r>
  </w:p>
  <w:p>
    <w:pPr>
      <w:spacing w:before="0"/>
      <w:jc w:val="center"/>
    </w:pPr>
    <w:r>
      <w:rPr>
        <w:color w:val="6B726E"/>
        <w:sz w:val="16"/>
      </w:rPr>
      <w:t>Vzor zdarma od DokladBotu | české účetnictví přes WhatsApp | dokladbot.cz/vzory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DokladBot</dc:creator>
  <cp:keywords/>
  <dc:description>DokladBot | dokladbot.cz/vzory</dc:description>
  <cp:lastModifiedBy/>
  <cp:revision>1</cp:revision>
  <dcterms:created xsi:type="dcterms:W3CDTF">2013-12-23T23:15:00Z</dcterms:created>
  <dcterms:modified xsi:type="dcterms:W3CDTF">2013-12-23T23:15:00Z</dcterms:modified>
  <cp:category/>
</cp:coreProperties>
</file>