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r>
        <w:rPr>
          <w:b w:val="0"/>
          <w:sz w:val="22"/>
        </w:rPr>
        <w:t>V ____________________ dne ____________________</w:t>
      </w:r>
    </w:p>
    <w:p/>
    <w:p>
      <w:pPr>
        <w:spacing w:after="40"/>
        <w:jc w:val="center"/>
      </w:pPr>
      <w:r>
        <w:rPr>
          <w:b/>
          <w:sz w:val="36"/>
        </w:rPr>
        <w:t>UPOZORNĚNÍ NA PORUŠENÍ POVINNOSTI</w:t>
      </w:r>
    </w:p>
    <w:p>
      <w:pPr>
        <w:spacing w:after="200"/>
        <w:jc w:val="center"/>
      </w:pPr>
      <w:r>
        <w:rPr>
          <w:b w:val="0"/>
          <w:sz w:val="20"/>
        </w:rPr>
        <w:t>vyplývající z právních předpisů vztahujících se k zaměstnancem vykonávané práci (vytýkací dopis) a upozornění na možnost výpovědi podle § 52 písm. g) zákona č. 262/2006 Sb., zákoník práce</w:t>
      </w:r>
    </w:p>
    <w:p>
      <w:pPr>
        <w:spacing w:before="200" w:after="80"/>
      </w:pPr>
      <w:r>
        <w:rPr>
          <w:b/>
          <w:sz w:val="24"/>
        </w:rPr>
        <w:t>I. Popis porušení povinnosti</w:t>
      </w:r>
    </w:p>
    <w:p>
      <w:r>
        <w:rPr>
          <w:b w:val="0"/>
          <w:sz w:val="22"/>
        </w:rPr>
        <w:t>Dne ____________________ v ____________________ hodin na pracovišti ____________________ jste se dopustil(a) tohoto jednání:</w:t>
      </w:r>
    </w:p>
    <w:p>
      <w:r>
        <w:rPr>
          <w:b w:val="0"/>
          <w:sz w:val="22"/>
        </w:rPr>
        <w:t>____________________ (popište co nejkonkrétněji, co se stalo: například neomluvená nepřítomnost v práci, opakované pozdní příchody ve dnech, nedodržení pracovního postupu, nepoužití osobních ochranných pracovních prostředků, nenahlášení závady).</w:t>
      </w:r>
    </w:p>
    <w:p>
      <w:r>
        <w:rPr>
          <w:b w:val="0"/>
          <w:sz w:val="22"/>
        </w:rPr>
        <w:t>Tímto jednáním jste porušil(a) povinnost:</w:t>
      </w:r>
    </w:p>
    <w:p>
      <w:r>
        <w:rPr>
          <w:b w:val="0"/>
          <w:sz w:val="22"/>
        </w:rPr>
        <w:t>a) podle § 301 písm. ____________________ zákoníku práce (konat práci podle pokynů zaměstnavatele, využívat pracovní dobu k výkonu práce, dodržovat právní předpisy vztahující se k vykonávané práci, řádně hospodařit s prostředky svěřenými zaměstnavatelem),</w:t>
      </w:r>
    </w:p>
    <w:p>
      <w:r>
        <w:rPr>
          <w:b w:val="0"/>
          <w:sz w:val="22"/>
        </w:rPr>
        <w:t>b) podle čl. ____________________ pracovní smlouvy ze dne ____________________, popřípadě podle ____________________ pracovního řádu ze dne ____________________.</w:t>
      </w:r>
    </w:p>
    <w:p>
      <w:pPr>
        <w:spacing w:before="200" w:after="80"/>
      </w:pPr>
      <w:r>
        <w:rPr>
          <w:b/>
          <w:sz w:val="24"/>
        </w:rPr>
        <w:t>II. Vyjádření zaměstnance</w:t>
      </w:r>
    </w:p>
    <w:p>
      <w:r>
        <w:rPr>
          <w:b w:val="0"/>
          <w:sz w:val="22"/>
        </w:rPr>
        <w:t>K uvedenému jednání jste se vyjádřil(a) takto: ____________________. [Varianta: K uvedenému jednání jste se odmítl(a) vyjádřit / jste se nevyjádřil(a).]</w:t>
      </w:r>
    </w:p>
    <w:p>
      <w:pPr>
        <w:spacing w:before="200" w:after="80"/>
      </w:pPr>
      <w:r>
        <w:rPr>
          <w:b/>
          <w:sz w:val="24"/>
        </w:rPr>
        <w:t>III. Upozornění na možnost výpovědi</w:t>
      </w:r>
    </w:p>
    <w:p>
      <w:r>
        <w:rPr>
          <w:b w:val="0"/>
          <w:sz w:val="22"/>
        </w:rPr>
        <w:t>Vytýkáme vám uvedené jednání a vyzýváme vás, abyste se ho napříště zdržel(a) a své povinnosti plnil(a) řádně.</w:t>
      </w:r>
    </w:p>
    <w:p>
      <w:r>
        <w:rPr>
          <w:b w:val="0"/>
          <w:sz w:val="22"/>
        </w:rPr>
        <w:t>Současně vás v souladu s § 52 písm. g) zákoníku práce písemně upozorňujeme na možnost výpovědi: dopustíte-li se v následujícím období dalšího porušení povinnosti vyplývající z právních předpisů vztahujících se k vámi vykonávané práci, může s vámi zaměstnavatel z tohoto důvodu rozvázat pracovní poměr výpovědí.</w:t>
      </w:r>
    </w:p>
    <w:p>
      <w:r>
        <w:rPr>
          <w:b w:val="0"/>
          <w:sz w:val="22"/>
        </w:rPr>
        <w:t>Toto upozornění se zakládá do vaší osobní složky. Jeden stejnopis přebíráte.</w:t>
      </w:r>
    </w:p>
    <w:p/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 a podpis za zaměstnavatele</w:t>
      </w:r>
    </w:p>
    <w:p/>
    <w:p>
      <w:pPr>
        <w:spacing w:after="40"/>
      </w:pPr>
      <w:r>
        <w:rPr>
          <w:b/>
          <w:sz w:val="22"/>
        </w:rPr>
        <w:t>Převzetí zaměstnancem</w:t>
      </w:r>
    </w:p>
    <w:p>
      <w:r>
        <w:rPr>
          <w:b w:val="0"/>
          <w:sz w:val="22"/>
        </w:rPr>
        <w:t>Potvrzuji, že jsem toto upozornění převzal(a) dne ____________________.</w:t>
      </w:r>
    </w:p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podpis zaměstnance</w:t>
      </w:r>
    </w:p>
    <w:p/>
    <w:p>
      <w:r>
        <w:rPr>
          <w:b w:val="0"/>
          <w:sz w:val="22"/>
        </w:rPr>
        <w:t>[Vyplní zaměstnavatel, odmítne-li zaměstnanec převzetí:] Zaměstnanec odmítl písemnost převzít dne ____________________ v přítomnosti svědků: ____________________. Písemnost se považuje za doručenou (§ 334 odst. 2 zákoníku práce).</w:t>
      </w:r>
    </w:p>
    <w:p/>
    <w:p>
      <w:r>
        <w:rPr>
          <w:b w:val="0"/>
          <w:color w:val="6B726E"/>
          <w:sz w:val="18"/>
        </w:rPr>
        <w:t>Pozn.: Pro výpověď podle § 52 písm. g) zákoníku práce pro soustavné méně závažné porušování povinnosti platí, že zaměstnanec musí být v době posledních 6 měsíců v souvislosti s porušením povinnosti písemně upozorněn na možnost výpovědi. U závažného porušení nebo porušení zvlášť hrubým způsobem se předchozí upozornění nevyžaduje. Zaměstnavatel může dát výpověď nebo okamžitě zrušit pracovní poměr pro porušení povinnosti jen do 2 měsíců ode dne, kdy se o důvodu dozvěděl, nejpozději do 1 roku ode dne, kdy důvod vznikl (§ 58 zákoníku práce). Upozornění doručujte do vlastních rukou (§ 334 a násl. zákoníku práce).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