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sz w:val="22"/>
        </w:rPr>
        <w:t>Zaměstnanec:</w:t>
      </w:r>
    </w:p>
    <w:p>
      <w:pPr>
        <w:spacing w:after="120"/>
      </w:pPr>
      <w:r>
        <w:rPr>
          <w:b w:val="0"/>
          <w:i w:val="0"/>
          <w:sz w:val="22"/>
        </w:rPr>
        <w:t>Jméno a příjmení: ____________________</w:t>
      </w:r>
    </w:p>
    <w:p>
      <w:pPr>
        <w:spacing w:after="120"/>
      </w:pPr>
      <w:r>
        <w:rPr>
          <w:b w:val="0"/>
          <w:i w:val="0"/>
          <w:sz w:val="22"/>
        </w:rPr>
        <w:t>Datum narození: ____________________</w:t>
      </w:r>
    </w:p>
    <w:p>
      <w:pPr>
        <w:spacing w:after="120"/>
      </w:pPr>
      <w:r>
        <w:rPr>
          <w:b w:val="0"/>
          <w:i w:val="0"/>
          <w:sz w:val="22"/>
        </w:rPr>
        <w:t>Bydliště: ____________________</w:t>
      </w:r>
    </w:p>
    <w:p/>
    <w:p>
      <w:pPr>
        <w:spacing w:after="40"/>
      </w:pPr>
      <w:r>
        <w:rPr>
          <w:b/>
          <w:i w:val="0"/>
          <w:sz w:val="22"/>
        </w:rPr>
        <w:t>Zaměstnavatel:</w:t>
      </w:r>
    </w:p>
    <w:p>
      <w:pPr>
        <w:spacing w:after="120"/>
      </w:pPr>
      <w:r>
        <w:rPr>
          <w:b w:val="0"/>
          <w:i w:val="0"/>
          <w:sz w:val="22"/>
        </w:rPr>
        <w:t>Název / jméno: ____________________</w:t>
      </w:r>
    </w:p>
    <w:p>
      <w:pPr>
        <w:spacing w:after="120"/>
      </w:pPr>
      <w:r>
        <w:rPr>
          <w:b w:val="0"/>
          <w:i w:val="0"/>
          <w:sz w:val="22"/>
        </w:rPr>
        <w:t>IČO: ____________________</w:t>
      </w:r>
    </w:p>
    <w:p>
      <w:pPr>
        <w:spacing w:after="120"/>
      </w:pPr>
      <w:r>
        <w:rPr>
          <w:b w:val="0"/>
          <w:i w:val="0"/>
          <w:sz w:val="22"/>
        </w:rPr>
        <w:t>Sídlo: ____________________</w:t>
      </w:r>
    </w:p>
    <w:p/>
    <w:p>
      <w:pPr>
        <w:spacing w:after="120"/>
      </w:pPr>
      <w:r>
        <w:rPr>
          <w:b w:val="0"/>
          <w:i w:val="0"/>
          <w:sz w:val="22"/>
        </w:rPr>
        <w:t>V ____________________ dne ____________________</w:t>
      </w:r>
    </w:p>
    <w:p/>
    <w:p>
      <w:pPr>
        <w:spacing w:after="40"/>
        <w:jc w:val="center"/>
      </w:pPr>
      <w:r>
        <w:rPr>
          <w:b/>
          <w:i w:val="0"/>
          <w:sz w:val="36"/>
        </w:rPr>
        <w:t>VÝPOVĚĎ Z PRACOVNÍHO POMĚRU</w:t>
      </w:r>
    </w:p>
    <w:p>
      <w:pPr>
        <w:spacing w:after="200"/>
        <w:jc w:val="center"/>
      </w:pPr>
      <w:r>
        <w:rPr>
          <w:b w:val="0"/>
          <w:i w:val="0"/>
          <w:sz w:val="20"/>
        </w:rPr>
        <w:t>daná zaměstnancem podle § 50 zákona č. 262/2006 Sb., zákoník práce, ve znění pozdějších předpisů</w:t>
      </w:r>
    </w:p>
    <w:p>
      <w:pPr>
        <w:spacing w:after="120"/>
      </w:pPr>
      <w:r>
        <w:rPr>
          <w:b w:val="0"/>
          <w:i w:val="0"/>
          <w:sz w:val="22"/>
        </w:rPr>
        <w:t>Na základě pracovní smlouvy ze dne ____________________ u vás pracuji na pozici (druh práce) ____________________.</w:t>
      </w:r>
    </w:p>
    <w:p>
      <w:pPr>
        <w:spacing w:after="120"/>
      </w:pPr>
      <w:r>
        <w:rPr>
          <w:b w:val="0"/>
          <w:i w:val="0"/>
          <w:sz w:val="22"/>
        </w:rPr>
        <w:t>Tímto dávám výpověď z pracovního poměru založeného uvedenou pracovní smlouvou. Zaměstnanec může dát výpověď z jakéhokoli důvodu nebo bez uvedení důvodu (§ 50 odst. 3 zákoníku práce).</w:t>
      </w:r>
    </w:p>
    <w:p>
      <w:pPr>
        <w:spacing w:after="120"/>
      </w:pPr>
      <w:r>
        <w:rPr>
          <w:b w:val="0"/>
          <w:i w:val="0"/>
          <w:sz w:val="22"/>
        </w:rPr>
        <w:t>Pracovní poměr skončí uplynutím dvouměsíční výpovědní doby (§ 51 odst. 2 zákoníku práce). Výpovědní doba začíná dnem, v němž byla tato výpověď doručena zaměstnavateli, a končí dnem, který se s tímto dnem číslem shoduje; není-li takový den v posledním měsíci, připadne konec výpovědní doby na poslední den měsíce (§ 51 odst. 1 zákoníku práce).</w:t>
      </w:r>
    </w:p>
    <w:p>
      <w:pPr>
        <w:spacing w:after="120"/>
      </w:pPr>
      <w:r>
        <w:rPr>
          <w:b w:val="0"/>
          <w:i w:val="0"/>
          <w:sz w:val="22"/>
        </w:rPr>
        <w:t>Žádám o písemné potvrzení převzetí této výpovědi (§ 337 odst. 1 zákoníku práce) a o vydání potvrzení o zaměstnání při skončení pracovního poměru (§ 313 zákoníku práce).</w:t>
      </w:r>
    </w:p>
    <w:p/>
    <w:p/>
    <w:p>
      <w:pPr>
        <w:spacing w:after="120"/>
      </w:pPr>
      <w:r>
        <w:rPr>
          <w:b w:val="0"/>
          <w:i w:val="0"/>
          <w:sz w:val="22"/>
        </w:rPr>
        <w:t>____________________</w:t>
      </w:r>
    </w:p>
    <w:p>
      <w:pPr>
        <w:spacing w:after="120"/>
      </w:pPr>
      <w:r>
        <w:rPr>
          <w:b w:val="0"/>
          <w:i w:val="0"/>
          <w:sz w:val="22"/>
        </w:rPr>
        <w:t>podpis zaměstnance</w:t>
      </w:r>
    </w:p>
    <w:p/>
    <w:p>
      <w:pPr>
        <w:spacing w:after="80"/>
      </w:pPr>
      <w:r>
        <w:rPr>
          <w:b/>
          <w:i w:val="0"/>
          <w:sz w:val="22"/>
        </w:rPr>
        <w:t>Potvrzení o převzetí výpovědi zaměstnavatelem</w:t>
      </w:r>
    </w:p>
    <w:p>
      <w:pPr>
        <w:spacing w:after="120"/>
      </w:pPr>
      <w:r>
        <w:rPr>
          <w:b w:val="0"/>
          <w:i w:val="0"/>
          <w:sz w:val="22"/>
        </w:rPr>
        <w:t>Výpověď převzal(a) dne ____________________:</w:t>
      </w:r>
    </w:p>
    <w:p/>
    <w:p>
      <w:pPr>
        <w:spacing w:after="120"/>
      </w:pPr>
      <w:r>
        <w:rPr>
          <w:b w:val="0"/>
          <w:i w:val="0"/>
          <w:sz w:val="22"/>
        </w:rPr>
        <w:t>____________________</w:t>
      </w:r>
    </w:p>
    <w:p>
      <w:pPr>
        <w:spacing w:after="120"/>
      </w:pPr>
      <w:r>
        <w:rPr>
          <w:b w:val="0"/>
          <w:i w:val="0"/>
          <w:sz w:val="22"/>
        </w:rPr>
        <w:t>jméno, funkce a podpis za zaměstnavatele</w:t>
      </w:r>
    </w:p>
    <w:p/>
    <w:p>
      <w:pPr>
        <w:spacing w:after="80"/>
      </w:pPr>
      <w:r>
        <w:rPr>
          <w:b w:val="0"/>
          <w:i/>
          <w:sz w:val="18"/>
        </w:rPr>
        <w:t>Poučení: Výpověď musí být písemná, jinak se k ní nepřihlíží (§ 50 odst. 1 zákoníku práce). Zaměstnanec ji doručuje zpravidla osobním předáním v místě sídla zaměstnavatele; na žádost zaměstnance je zaměstnavatel povinen doručení písemně potvrdit (§ 337 odst. 1). Odmítne-li zaměstnavatel výpověď převzít, považuje se za doručenou okamžikem, kdy k tomu došlo (§ 337 odst. 2). Výpověď lze odvolat pouze se souhlasem druhé strany, písemně (§ 50 odst. 5).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