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6"/>
        </w:rPr>
        <w:t>Zaměstnavatel: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</w:t>
      </w:r>
    </w:p>
    <w:p>
      <w:pPr>
        <w:spacing w:after="120"/>
      </w:pPr>
      <w:r>
        <w:rPr>
          <w:b w:val="0"/>
          <w:i w:val="0"/>
          <w:sz w:val="22"/>
        </w:rPr>
        <w:t>IČO: ____________________</w:t>
      </w:r>
    </w:p>
    <w:p>
      <w:pPr>
        <w:spacing w:after="120"/>
      </w:pPr>
      <w:r>
        <w:rPr>
          <w:b w:val="0"/>
          <w:i w:val="0"/>
          <w:sz w:val="22"/>
        </w:rPr>
        <w:t>Sídlo: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Zaměstnanec: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V ____________________ dne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40"/>
        <w:jc w:val="center"/>
      </w:pPr>
      <w:r>
        <w:rPr>
          <w:b/>
          <w:i w:val="0"/>
          <w:sz w:val="36"/>
        </w:rPr>
        <w:t>ZRUŠENÍ PRACOVNÍHO POMĚRU VE ZKUŠEBNÍ DOBĚ</w:t>
      </w:r>
    </w:p>
    <w:p>
      <w:pPr>
        <w:spacing w:after="280"/>
        <w:jc w:val="center"/>
      </w:pPr>
      <w:r>
        <w:rPr>
          <w:b w:val="0"/>
          <w:i w:val="0"/>
          <w:sz w:val="20"/>
        </w:rPr>
        <w:t>(výpověď ve zkušební době) zaměstnavatelem podle § 66 zákona č. 262/2006 Sb., zákoník práce, ve znění pozdějších předpisů</w:t>
      </w:r>
    </w:p>
    <w:p>
      <w:pPr>
        <w:spacing w:after="120"/>
      </w:pPr>
      <w:r>
        <w:rPr>
          <w:b w:val="0"/>
          <w:i w:val="0"/>
          <w:sz w:val="22"/>
        </w:rPr>
        <w:t>Na základě pracovní smlouvy ze dne ____________________ u nás pracujete na pozici (druh práce) ____________________. V pracovní smlouvě byla sjednána zkušební doba v délce ____________________ měsíců, která trvá do ____________________.</w:t>
      </w:r>
    </w:p>
    <w:p>
      <w:pPr>
        <w:spacing w:after="120"/>
      </w:pPr>
      <w:r>
        <w:rPr>
          <w:b w:val="0"/>
          <w:i w:val="0"/>
          <w:sz w:val="22"/>
        </w:rPr>
        <w:t>Zaměstnavatel tímto ruší pracovní poměr založený uvedenou pracovní smlouvou ve zkušební době podle § 66 odst. 1 zákoníku práce. Zaměstnavatel může zrušit pracovní poměr ve zkušební době z jakéhokoliv důvodu nebo bez uvedení důvodu; důvod se neuvádí.</w:t>
      </w:r>
    </w:p>
    <w:p>
      <w:pPr>
        <w:spacing w:after="120"/>
      </w:pPr>
      <w:r>
        <w:rPr>
          <w:b w:val="0"/>
          <w:i w:val="0"/>
          <w:sz w:val="22"/>
        </w:rPr>
        <w:t>Zaměstnavatel prohlašuje, že zrušení nečiní v době prvních 14 kalendářních dnů trvání dočasné pracovní neschopnosti nebo karantény zaměstnance (§ 66 odst. 1 věta druhá zákoníku práce).</w:t>
      </w:r>
    </w:p>
    <w:p>
      <w:pPr>
        <w:spacing w:after="120"/>
      </w:pPr>
      <w:r>
        <w:rPr>
          <w:b w:val="0"/>
          <w:i w:val="0"/>
          <w:sz w:val="22"/>
        </w:rPr>
        <w:t>Pracovní poměr skončí dnem doručení tohoto zrušení zaměstnanci / dnem ____________________ (den pozdější, nehodící se škrtněte), jak stanoví § 66 odst. 2 zákoníku práce.</w:t>
      </w:r>
    </w:p>
    <w:p>
      <w:pPr>
        <w:spacing w:after="120"/>
      </w:pPr>
      <w:r>
        <w:rPr>
          <w:b w:val="0"/>
          <w:i w:val="0"/>
          <w:sz w:val="22"/>
        </w:rPr>
        <w:t>Potvrzení o zaměstnání (§ 313 zákoníku práce) vám bude vydáno při skončení pracovního poměru. Mzda a náhrada mzdy za nevyčerpanou dovolenou budou vyplaceny v nejbližším výplatním termínu.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</w:t>
      </w:r>
    </w:p>
    <w:p>
      <w:pPr>
        <w:spacing w:after="120"/>
      </w:pPr>
      <w:r>
        <w:rPr>
          <w:b w:val="0"/>
          <w:i w:val="0"/>
          <w:sz w:val="22"/>
        </w:rPr>
        <w:t>jméno, funkce a podpis za zaměstnavatele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2"/>
        </w:rPr>
        <w:t>Potvrzení o převzetí zaměstnancem</w:t>
      </w:r>
    </w:p>
    <w:p>
      <w:pPr>
        <w:spacing w:after="120"/>
      </w:pPr>
      <w:r>
        <w:rPr>
          <w:b w:val="0"/>
          <w:i w:val="0"/>
          <w:sz w:val="22"/>
        </w:rPr>
        <w:t>Zrušení pracovního poměru jsem převzal(a) dne ____________________: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</w:t>
      </w:r>
    </w:p>
    <w:p>
      <w:pPr>
        <w:spacing w:after="120"/>
      </w:pPr>
      <w:r>
        <w:rPr>
          <w:b w:val="0"/>
          <w:i w:val="0"/>
          <w:sz w:val="22"/>
        </w:rPr>
        <w:t>podpis zaměstnance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Zaměstnanec odmítl písemnost převzít dne ____________________ za přítomnosti svědka ____________________ (jméno a podpis):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18"/>
        </w:rPr>
        <w:t>Poučení: Zrušení pracovního poměru ve zkušební době musí být písemné, jinak se k němu nepřihlíží (§ 66 odst. 2 zákoníku práce). Zaměstnavatel doručuje písemnost zaměstnanci do vlastních rukou, zpravidla na pracovišti (§ 334 zákoníku práce). Zrušení lze doručit jen v době trvání zkušební doby. Ochranná doba podle § 53 se na zrušení ve zkušební době nevztahuje, výpovědní doba neběží a odstupné nenáleží.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Zrušení pracovního poměru ve zkušební době zaměstnavatelem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