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sz w:val="26"/>
        </w:rPr>
        <w:t>Zaměstnanec:</w:t>
      </w:r>
    </w:p>
    <w:p>
      <w:pPr>
        <w:spacing w:after="120"/>
      </w:pPr>
      <w:r>
        <w:rPr>
          <w:b w:val="0"/>
          <w:i w:val="0"/>
          <w:sz w:val="22"/>
        </w:rPr>
        <w:t>Jméno a příjmení: ____________________</w:t>
      </w:r>
    </w:p>
    <w:p>
      <w:pPr>
        <w:spacing w:after="120"/>
      </w:pPr>
      <w:r>
        <w:rPr>
          <w:b w:val="0"/>
          <w:i w:val="0"/>
          <w:sz w:val="22"/>
        </w:rPr>
        <w:t>Datum narození: ____________________</w:t>
      </w:r>
    </w:p>
    <w:p>
      <w:pPr>
        <w:spacing w:after="120"/>
      </w:pPr>
      <w:r>
        <w:rPr>
          <w:b w:val="0"/>
          <w:i w:val="0"/>
          <w:sz w:val="22"/>
        </w:rPr>
        <w:t>Bydliště: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Zaměstnavatel:</w:t>
      </w:r>
    </w:p>
    <w:p>
      <w:pPr>
        <w:spacing w:after="120"/>
      </w:pPr>
      <w:r>
        <w:rPr>
          <w:b w:val="0"/>
          <w:i w:val="0"/>
          <w:sz w:val="22"/>
        </w:rPr>
        <w:t>Název / jméno: ____________________</w:t>
      </w:r>
    </w:p>
    <w:p>
      <w:pPr>
        <w:spacing w:after="120"/>
      </w:pPr>
      <w:r>
        <w:rPr>
          <w:b w:val="0"/>
          <w:i w:val="0"/>
          <w:sz w:val="22"/>
        </w:rPr>
        <w:t>IČO: ____________________</w:t>
      </w:r>
    </w:p>
    <w:p>
      <w:pPr>
        <w:spacing w:after="120"/>
      </w:pPr>
      <w:r>
        <w:rPr>
          <w:b w:val="0"/>
          <w:i w:val="0"/>
          <w:sz w:val="22"/>
        </w:rPr>
        <w:t>Sídlo: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V ____________________ dne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40"/>
        <w:jc w:val="center"/>
      </w:pPr>
      <w:r>
        <w:rPr>
          <w:b/>
          <w:i w:val="0"/>
          <w:sz w:val="36"/>
        </w:rPr>
        <w:t>ZRUŠENÍ PRACOVNÍHO POMĚRU VE ZKUŠEBNÍ DOBĚ</w:t>
      </w:r>
    </w:p>
    <w:p>
      <w:pPr>
        <w:spacing w:after="280"/>
        <w:jc w:val="center"/>
      </w:pPr>
      <w:r>
        <w:rPr>
          <w:b w:val="0"/>
          <w:i w:val="0"/>
          <w:sz w:val="20"/>
        </w:rPr>
        <w:t>(výpověď ve zkušební době) zaměstnancem podle § 66 zákona č. 262/2006 Sb., zákoník práce, ve znění pozdějších předpisů</w:t>
      </w:r>
    </w:p>
    <w:p>
      <w:pPr>
        <w:spacing w:after="120"/>
      </w:pPr>
      <w:r>
        <w:rPr>
          <w:b w:val="0"/>
          <w:i w:val="0"/>
          <w:sz w:val="22"/>
        </w:rPr>
        <w:t>Na základě pracovní smlouvy ze dne ____________________ u vás pracuji na pozici (druh práce) ____________________. V pracovní smlouvě byla sjednána zkušební doba v délce ____________________ měsíců, která trvá do ____________________.</w:t>
      </w:r>
    </w:p>
    <w:p>
      <w:pPr>
        <w:spacing w:after="120"/>
      </w:pPr>
      <w:r>
        <w:rPr>
          <w:b w:val="0"/>
          <w:i w:val="0"/>
          <w:sz w:val="22"/>
        </w:rPr>
        <w:t>Tímto ruším pracovní poměr založený uvedenou pracovní smlouvou ve zkušební době podle § 66 odst. 1 zákoníku práce. Zaměstnanec může zrušit pracovní poměr ve zkušební době z jakéhokoliv důvodu nebo bez uvedení důvodu; důvod proto neuvádím.</w:t>
      </w:r>
    </w:p>
    <w:p>
      <w:pPr>
        <w:spacing w:after="120"/>
      </w:pPr>
      <w:r>
        <w:rPr>
          <w:b w:val="0"/>
          <w:i w:val="0"/>
          <w:sz w:val="22"/>
        </w:rPr>
        <w:t>Pracovní poměr skončí dnem doručení tohoto zrušení zaměstnavateli / dnem ____________________ (den pozdější, nehodící se škrtněte), jak stanoví § 66 odst. 2 zákoníku práce.</w:t>
      </w:r>
    </w:p>
    <w:p>
      <w:pPr>
        <w:spacing w:after="120"/>
      </w:pPr>
      <w:r>
        <w:rPr>
          <w:b w:val="0"/>
          <w:i w:val="0"/>
          <w:sz w:val="22"/>
        </w:rPr>
        <w:t>Žádám o písemné potvrzení převzetí tohoto zrušení (§ 337 odst. 1 zákoníku práce), o vydání potvrzení o zaměstnání (§ 313 zákoníku práce) a o vyplacení mzdy a náhrady za nevyčerpanou dovolenou v nejbližším výplatním termínu.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____________________</w:t>
      </w:r>
    </w:p>
    <w:p>
      <w:pPr>
        <w:spacing w:after="120"/>
      </w:pPr>
      <w:r>
        <w:rPr>
          <w:b w:val="0"/>
          <w:i w:val="0"/>
          <w:sz w:val="22"/>
        </w:rPr>
        <w:t>podpis zaměstnance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sz w:val="22"/>
        </w:rPr>
        <w:t>Potvrzení o převzetí zaměstnavatelem</w:t>
      </w:r>
    </w:p>
    <w:p>
      <w:pPr>
        <w:spacing w:after="120"/>
      </w:pPr>
      <w:r>
        <w:rPr>
          <w:b w:val="0"/>
          <w:i w:val="0"/>
          <w:sz w:val="22"/>
        </w:rPr>
        <w:t>Zrušení pracovního poměru převzal(a) dne ____________________: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____________________</w:t>
      </w:r>
    </w:p>
    <w:p>
      <w:pPr>
        <w:spacing w:after="120"/>
      </w:pPr>
      <w:r>
        <w:rPr>
          <w:b w:val="0"/>
          <w:i w:val="0"/>
          <w:sz w:val="22"/>
        </w:rPr>
        <w:t>jméno, funkce a podpis za zaměstnavatele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 w:val="0"/>
          <w:i w:val="0"/>
          <w:sz w:val="18"/>
        </w:rPr>
        <w:t>Poučení: Zrušení pracovního poměru ve zkušební době musí být písemné, jinak se k němu nepřihlíží (§ 66 odst. 2 zákoníku práce). Doručuje se zpravidla osobně na pracovišti; na žádost zaměstnance je zaměstnavatel povinen doručení písemně potvrdit (§ 337 odst. 1). Zrušení lze doručit jen v době trvání zkušební doby. Výpovědní doba neběží a odstupné nenáleží.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Zrušení pracovního poměru ve zkušební době zaměstnancem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