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VÝPOVĚĎ SMLOUVY</w:t>
      </w:r>
    </w:p>
    <w:p>
      <w:pPr>
        <w:jc w:val="center"/>
      </w:pPr>
      <w:r>
        <w:rPr>
          <w:sz w:val="20"/>
        </w:rPr>
        <w:t>podle § 1998 zákona č. 89/2012 Sb., občanský zákoník, ve znění pozdějších předpisů</w:t>
      </w:r>
    </w:p>
    <w:p>
      <w:pPr>
        <w:spacing w:before="240" w:after="80"/>
      </w:pPr>
      <w:r>
        <w:rPr>
          <w:b/>
          <w:sz w:val="26"/>
        </w:rPr>
        <w:t>Vypovídající strana</w:t>
      </w:r>
    </w:p>
    <w:p>
      <w:pPr>
        <w:spacing w:after="120"/>
      </w:pPr>
      <w:r>
        <w:rPr>
          <w:b w:val="0"/>
        </w:rPr>
        <w:t>Jméno / název: ____________________</w:t>
      </w:r>
    </w:p>
    <w:p>
      <w:pPr>
        <w:spacing w:after="120"/>
      </w:pPr>
      <w:r>
        <w:rPr>
          <w:b w:val="0"/>
        </w:rPr>
        <w:t>Sídlo / bydliště: ____________________</w:t>
      </w:r>
    </w:p>
    <w:p>
      <w:pPr>
        <w:spacing w:after="120"/>
      </w:pPr>
      <w:r>
        <w:rPr>
          <w:b w:val="0"/>
        </w:rPr>
        <w:t>IČO / datum narození: ____________________</w:t>
      </w:r>
    </w:p>
    <w:p>
      <w:pPr>
        <w:spacing w:before="240" w:after="80"/>
      </w:pPr>
      <w:r>
        <w:rPr>
          <w:b/>
          <w:sz w:val="26"/>
        </w:rPr>
        <w:t>Adresát výpovědi</w:t>
      </w:r>
    </w:p>
    <w:p>
      <w:pPr>
        <w:spacing w:after="120"/>
      </w:pPr>
      <w:r>
        <w:rPr>
          <w:b w:val="0"/>
        </w:rPr>
        <w:t>Jméno / název: ____________________</w:t>
      </w:r>
    </w:p>
    <w:p>
      <w:pPr>
        <w:spacing w:after="120"/>
      </w:pPr>
      <w:r>
        <w:rPr>
          <w:b w:val="0"/>
        </w:rPr>
        <w:t>Sídlo / bydliště: ____________________</w:t>
      </w:r>
    </w:p>
    <w:p>
      <w:pPr>
        <w:spacing w:after="120"/>
      </w:pPr>
      <w:r>
        <w:rPr>
          <w:b w:val="0"/>
        </w:rPr>
        <w:t>IČO / datum narození: ____________________</w:t>
      </w:r>
    </w:p>
    <w:p>
      <w:pPr>
        <w:spacing w:before="240" w:after="80"/>
      </w:pPr>
      <w:r>
        <w:rPr>
          <w:b/>
          <w:sz w:val="26"/>
        </w:rPr>
        <w:t>Identifikace smlouvy</w:t>
      </w:r>
    </w:p>
    <w:p>
      <w:pPr>
        <w:spacing w:after="120"/>
      </w:pPr>
      <w:r>
        <w:rPr>
          <w:b w:val="0"/>
        </w:rPr>
        <w:t>Smlouva: ____________________ (název, případně číslo smlouvy)</w:t>
      </w:r>
    </w:p>
    <w:p>
      <w:pPr>
        <w:spacing w:after="120"/>
      </w:pPr>
      <w:r>
        <w:rPr>
          <w:b w:val="0"/>
        </w:rPr>
        <w:t>Uzavřená dne: ____________________</w:t>
      </w:r>
    </w:p>
    <w:p>
      <w:pPr>
        <w:spacing w:before="240" w:after="80"/>
      </w:pPr>
      <w:r>
        <w:rPr>
          <w:b/>
          <w:sz w:val="26"/>
        </w:rPr>
        <w:t>Výpověď</w:t>
      </w:r>
    </w:p>
    <w:p>
      <w:pPr>
        <w:spacing w:after="120"/>
      </w:pPr>
      <w:r>
        <w:rPr>
          <w:b w:val="0"/>
        </w:rPr>
        <w:t>Tímto vypovídám výše uvedenou smlouvu, a to (nehodící se škrtněte):</w:t>
      </w:r>
    </w:p>
    <w:p>
      <w:pPr>
        <w:spacing w:after="120"/>
      </w:pPr>
      <w:r>
        <w:rPr>
          <w:b w:val="0"/>
        </w:rPr>
        <w:t>a) podle článku ____ smlouvy, s výpovědní dobou sjednanou ve smlouvě v délce ____________,</w:t>
      </w:r>
    </w:p>
    <w:p>
      <w:pPr>
        <w:spacing w:after="120"/>
      </w:pPr>
      <w:r>
        <w:rPr>
          <w:b w:val="0"/>
        </w:rPr>
        <w:t>b) podle § 1999 odst. 1 občanského zákoníku, zavazuje-li smlouva uzavřená na dobu neurčitou alespoň jednu stranu k nepřetržité nebo opakované činnosti: závazek se zrušuje ke konci kalendářního čtvrtletí výpovědí podanou alespoň tři měsíce předem.</w:t>
      </w:r>
    </w:p>
    <w:p>
      <w:pPr>
        <w:spacing w:after="120"/>
      </w:pPr>
      <w:r>
        <w:rPr>
          <w:b w:val="0"/>
        </w:rPr>
        <w:t>Závazek ze smlouvy zaniká uplynutím výpovědní doby (§ 1998 odst. 2 občanského zákoníku).</w:t>
      </w:r>
    </w:p>
    <w:p>
      <w:pPr>
        <w:spacing w:after="120"/>
      </w:pPr>
      <w:r>
        <w:rPr>
          <w:b w:val="0"/>
        </w:rPr>
        <w:t>Žádám o vyúčtování plnění poskytnutých do skončení smlouvy a o písemné potvrzení přijetí této výpovědi.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</w:tcPr>
          <w:p>
            <w:r>
              <w:t>V ____________ dne ____________</w:t>
            </w:r>
          </w:p>
        </w:tc>
      </w:tr>
      <w:tr>
        <w:tc>
          <w:tcPr>
            <w:tcW w:type="dxa" w:w="9746"/>
          </w:tcPr>
          <w:p>
            <w:r>
              <w:t>_________________________</w:t>
            </w:r>
          </w:p>
        </w:tc>
      </w:tr>
      <w:tr>
        <w:tc>
          <w:tcPr>
            <w:tcW w:type="dxa" w:w="9746"/>
          </w:tcPr>
          <w:p>
            <w:r>
              <w:t>vypovídající strana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