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VÝPOVĚĎ NÁJMU BYTU NÁJEMCEM</w:t>
      </w:r>
    </w:p>
    <w:p>
      <w:pPr>
        <w:jc w:val="center"/>
      </w:pPr>
      <w:r>
        <w:rPr>
          <w:sz w:val="20"/>
        </w:rPr>
        <w:t>podle § 2231 a § 2286 zákona č. 89/2012 Sb., občanský zákoník, ve znění pozdějších předpisů</w:t>
      </w:r>
    </w:p>
    <w:p>
      <w:pPr>
        <w:spacing w:before="240" w:after="80"/>
      </w:pPr>
      <w:r>
        <w:rPr>
          <w:b/>
          <w:sz w:val="26"/>
        </w:rPr>
        <w:t>Nájemce (vypovídající strana)</w:t>
      </w:r>
    </w:p>
    <w:p>
      <w:pPr>
        <w:spacing w:after="120"/>
      </w:pPr>
      <w:r>
        <w:rPr>
          <w:b w:val="0"/>
        </w:rPr>
        <w:t>Jméno a příjmení: ____________________</w:t>
      </w:r>
    </w:p>
    <w:p>
      <w:pPr>
        <w:spacing w:after="120"/>
      </w:pPr>
      <w:r>
        <w:rPr>
          <w:b w:val="0"/>
        </w:rPr>
        <w:t>Datum narození: ____________________</w:t>
      </w:r>
    </w:p>
    <w:p>
      <w:pPr>
        <w:spacing w:after="120"/>
      </w:pPr>
      <w:r>
        <w:rPr>
          <w:b w:val="0"/>
        </w:rPr>
        <w:t>Bytem: ____________________</w:t>
      </w:r>
    </w:p>
    <w:p>
      <w:pPr>
        <w:spacing w:before="240" w:after="80"/>
      </w:pPr>
      <w:r>
        <w:rPr>
          <w:b/>
          <w:sz w:val="26"/>
        </w:rPr>
        <w:t>Pronajímatel (adresát výpovědi)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Datum narození / IČO: ____________________</w:t>
      </w:r>
    </w:p>
    <w:p>
      <w:pPr>
        <w:spacing w:after="120"/>
      </w:pPr>
      <w:r>
        <w:rPr>
          <w:b w:val="0"/>
        </w:rPr>
        <w:t>Bydliště / sídlo: ____________________</w:t>
      </w:r>
    </w:p>
    <w:p>
      <w:pPr>
        <w:spacing w:before="240" w:after="80"/>
      </w:pPr>
      <w:r>
        <w:rPr>
          <w:b/>
          <w:sz w:val="26"/>
        </w:rPr>
        <w:t>Identifikace nájmu</w:t>
      </w:r>
    </w:p>
    <w:p>
      <w:pPr>
        <w:spacing w:after="120"/>
      </w:pPr>
      <w:r>
        <w:rPr>
          <w:b w:val="0"/>
        </w:rPr>
        <w:t>Nájemní smlouva ze dne: ____________________</w:t>
      </w:r>
    </w:p>
    <w:p>
      <w:pPr>
        <w:spacing w:after="120"/>
      </w:pPr>
      <w:r>
        <w:rPr>
          <w:b w:val="0"/>
        </w:rPr>
        <w:t>Byt č. ____ o velikosti ________ na adrese: ____________________</w:t>
      </w:r>
    </w:p>
    <w:p>
      <w:pPr>
        <w:spacing w:after="120"/>
      </w:pPr>
      <w:r>
        <w:rPr>
          <w:b w:val="0"/>
        </w:rPr>
        <w:t>Nájem je sjednán na dobu neurčitou.</w:t>
      </w:r>
    </w:p>
    <w:p>
      <w:pPr>
        <w:spacing w:before="240" w:after="80"/>
      </w:pPr>
      <w:r>
        <w:rPr>
          <w:b/>
          <w:sz w:val="26"/>
        </w:rPr>
        <w:t>Výpověď</w:t>
      </w:r>
    </w:p>
    <w:p>
      <w:pPr>
        <w:spacing w:after="120"/>
      </w:pPr>
      <w:r>
        <w:rPr>
          <w:b w:val="0"/>
        </w:rPr>
        <w:t>Jako nájemce výše uvedeného bytu tímto vypovídám nájem sjednaný na dobu neurčitou, a to v tříměsíční výpovědní době podle § 2231 odst. 1 občanského zákoníku. Výpověď podle § 2231 odst. 2 občanského zákoníku nemusím odůvodňovat.</w:t>
      </w:r>
    </w:p>
    <w:p>
      <w:pPr>
        <w:spacing w:after="120"/>
      </w:pPr>
      <w:r>
        <w:rPr>
          <w:b w:val="0"/>
        </w:rPr>
        <w:t>Výpovědní doba běží od prvního dne kalendářního měsíce následujícího poté, co tato výpověď dojde pronajímateli (§ 2286 odst. 1 občanského zákoníku). Nájem skončí uplynutím výpovědní doby.</w:t>
      </w:r>
    </w:p>
    <w:p>
      <w:pPr>
        <w:spacing w:after="120"/>
      </w:pPr>
      <w:r>
        <w:rPr>
          <w:b w:val="0"/>
        </w:rPr>
        <w:t>Byt předám vyklizený a předávací protokol navrhuji sepsat dne ____________. Zároveň žádám o vyúčtování služeb a vrácení jistoty (kauce), byla-li složena.</w:t>
      </w:r>
    </w:p>
    <w:p>
      <w:pPr>
        <w:spacing w:after="120"/>
      </w:pPr>
      <w:r>
        <w:rPr>
          <w:b w:val="0"/>
        </w:rPr>
        <w:t>Prosím o písemné potvrzení přijetí této výpovědi.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>
              <w:t>V ____________ dne ____________</w:t>
            </w:r>
          </w:p>
        </w:tc>
      </w:tr>
      <w:tr>
        <w:tc>
          <w:tcPr>
            <w:tcW w:type="dxa" w:w="9746"/>
          </w:tcPr>
          <w:p>
            <w:r>
              <w:t>_________________________</w:t>
            </w:r>
          </w:p>
        </w:tc>
      </w:tr>
      <w:tr>
        <w:tc>
          <w:tcPr>
            <w:tcW w:type="dxa" w:w="9746"/>
          </w:tcPr>
          <w:p>
            <w:r>
              <w:t>nájemce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