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VÝPOVĚĎ NÁJMU PROSTORU SLOUŽÍCÍHO PODNIKÁNÍ</w:t>
      </w:r>
    </w:p>
    <w:p>
      <w:pPr>
        <w:jc w:val="center"/>
      </w:pPr>
      <w:r>
        <w:rPr>
          <w:sz w:val="20"/>
        </w:rPr>
        <w:t>podle § 2308 a násl. zákona č. 89/2012 Sb., občanský zákoník, ve znění pozdějších předpisů (výpověď nájemcem)</w:t>
      </w:r>
    </w:p>
    <w:p>
      <w:pPr>
        <w:spacing w:before="240" w:after="80"/>
      </w:pPr>
      <w:r>
        <w:rPr>
          <w:b/>
          <w:sz w:val="26"/>
        </w:rPr>
        <w:t>Nájemce (vypovídající strana)</w:t>
      </w:r>
    </w:p>
    <w:p>
      <w:pPr>
        <w:spacing w:after="120"/>
      </w:pPr>
      <w:r>
        <w:rPr>
          <w:b w:val="0"/>
        </w:rPr>
        <w:t>Jméno / název: ____________________</w:t>
      </w:r>
    </w:p>
    <w:p>
      <w:pPr>
        <w:spacing w:after="120"/>
      </w:pPr>
      <w:r>
        <w:rPr>
          <w:b w:val="0"/>
        </w:rPr>
        <w:t>IČO: ____________________</w:t>
      </w:r>
    </w:p>
    <w:p>
      <w:pPr>
        <w:spacing w:after="120"/>
      </w:pPr>
      <w:r>
        <w:rPr>
          <w:b w:val="0"/>
        </w:rPr>
        <w:t>Sídlo / místo podnikání: ____________________</w:t>
      </w:r>
    </w:p>
    <w:p>
      <w:pPr>
        <w:spacing w:before="240" w:after="80"/>
      </w:pPr>
      <w:r>
        <w:rPr>
          <w:b/>
          <w:sz w:val="26"/>
        </w:rPr>
        <w:t>Pronajímatel (adresát výpovědi)</w:t>
      </w:r>
    </w:p>
    <w:p>
      <w:pPr>
        <w:spacing w:after="120"/>
      </w:pPr>
      <w:r>
        <w:rPr>
          <w:b w:val="0"/>
        </w:rPr>
        <w:t>Jméno / název: ____________________</w:t>
      </w:r>
    </w:p>
    <w:p>
      <w:pPr>
        <w:spacing w:after="120"/>
      </w:pPr>
      <w:r>
        <w:rPr>
          <w:b w:val="0"/>
        </w:rPr>
        <w:t>IČO / datum narození: ____________________</w:t>
      </w:r>
    </w:p>
    <w:p>
      <w:pPr>
        <w:spacing w:after="120"/>
      </w:pPr>
      <w:r>
        <w:rPr>
          <w:b w:val="0"/>
        </w:rPr>
        <w:t>Sídlo / bydliště: ____________________</w:t>
      </w:r>
    </w:p>
    <w:p>
      <w:pPr>
        <w:spacing w:before="240" w:after="80"/>
      </w:pPr>
      <w:r>
        <w:rPr>
          <w:b/>
          <w:sz w:val="26"/>
        </w:rPr>
        <w:t>Identifikace nájmu</w:t>
      </w:r>
    </w:p>
    <w:p>
      <w:pPr>
        <w:spacing w:after="120"/>
      </w:pPr>
      <w:r>
        <w:rPr>
          <w:b w:val="0"/>
        </w:rPr>
        <w:t>Nájemní smlouva ze dne: ____________________</w:t>
      </w:r>
    </w:p>
    <w:p>
      <w:pPr>
        <w:spacing w:after="120"/>
      </w:pPr>
      <w:r>
        <w:rPr>
          <w:b w:val="0"/>
        </w:rPr>
        <w:t>Prostor sloužící podnikání na adrese: ____________________</w:t>
      </w:r>
    </w:p>
    <w:p>
      <w:pPr>
        <w:spacing w:after="120"/>
      </w:pPr>
      <w:r>
        <w:rPr>
          <w:b w:val="0"/>
        </w:rPr>
        <w:t>Nájem je sjednán na dobu (nehodící se škrtněte): neurčitou / určitou do ____________.</w:t>
      </w:r>
    </w:p>
    <w:p>
      <w:pPr>
        <w:spacing w:before="240" w:after="80"/>
      </w:pPr>
      <w:r>
        <w:rPr>
          <w:b/>
          <w:sz w:val="26"/>
        </w:rPr>
        <w:t>Výpověď</w:t>
      </w:r>
    </w:p>
    <w:p>
      <w:pPr>
        <w:spacing w:after="120"/>
      </w:pPr>
      <w:r>
        <w:rPr>
          <w:b w:val="0"/>
        </w:rPr>
        <w:t>Jako nájemce tímto vypovídám nájem výše uvedeného prostoru sloužícího podnikání.</w:t>
      </w:r>
    </w:p>
    <w:p>
      <w:pPr>
        <w:spacing w:after="120"/>
      </w:pPr>
      <w:r>
        <w:rPr>
          <w:b w:val="0"/>
        </w:rPr>
        <w:t>a) Nájem na dobu neurčitou vypovídám v šestiměsíční výpovědní době podle § 2312 občanského zákoníku. Mám-li k výpovědi vážný důvod uvedený níže, činí výpovědní doba tři měsíce.</w:t>
      </w:r>
    </w:p>
    <w:p>
      <w:pPr>
        <w:spacing w:after="120"/>
      </w:pPr>
      <w:r>
        <w:rPr>
          <w:b w:val="0"/>
        </w:rPr>
        <w:t>b) Nájem na dobu určitou vypovídám před uplynutím sjednané doby z důvodu podle § 2308 občanského zákoníku uvedeného níže; výpovědní doba je tříměsíční (§ 2310 odst. 2 občanského zákoníku).</w:t>
      </w:r>
    </w:p>
    <w:p>
      <w:pPr>
        <w:spacing w:after="120"/>
      </w:pPr>
      <w:r>
        <w:rPr>
          <w:b w:val="0"/>
        </w:rPr>
        <w:t>Důvod výpovědi: ____________________</w:t>
      </w:r>
    </w:p>
    <w:p>
      <w:pPr>
        <w:spacing w:after="120"/>
      </w:pPr>
      <w:r>
        <w:rPr>
          <w:b w:val="0"/>
          <w:sz w:val="20"/>
        </w:rPr>
        <w:t>Poznámka: u nájmu na dobu určitou musí být důvod ve výpovědi uveden, jinak je výpověď neplatná (§ 2310 odst. 1 občanského zákoníku). Uvedení důvodu doporučujeme vždy.</w:t>
      </w:r>
    </w:p>
    <w:p>
      <w:pPr>
        <w:spacing w:after="120"/>
      </w:pPr>
      <w:r>
        <w:rPr>
          <w:b w:val="0"/>
        </w:rPr>
        <w:t>Prostor předám vyklizený ke dni skončení nájmu; o předání navrhuji sepsat předávací protokol. Prosím o písemné potvrzení přijetí této výpovědi.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>
              <w:t>V ____________ dne ____________</w:t>
            </w:r>
          </w:p>
        </w:tc>
      </w:tr>
      <w:tr>
        <w:tc>
          <w:tcPr>
            <w:tcW w:type="dxa" w:w="9746"/>
          </w:tcPr>
          <w:p>
            <w:r>
              <w:t>_________________________</w:t>
            </w:r>
          </w:p>
        </w:tc>
      </w:tr>
      <w:tr>
        <w:tc>
          <w:tcPr>
            <w:tcW w:type="dxa" w:w="9746"/>
          </w:tcPr>
          <w:p>
            <w:r>
              <w:t>nájemce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