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2"/>
        </w:rPr>
        <w:t>VÝPOVĚĎ DOHODY O PROVEDENÍ PRÁCE</w:t>
      </w:r>
    </w:p>
    <w:p>
      <w:pPr>
        <w:spacing w:after="320"/>
        <w:jc w:val="center"/>
      </w:pPr>
      <w:r>
        <w:rPr>
          <w:b w:val="0"/>
          <w:color w:val="666666"/>
          <w:sz w:val="20"/>
        </w:rPr>
        <w:t>podle § 77 odst. 4 písm. b) zákona č. 262/2006 Sb., zákoník práce, ve znění pozdějších předpisů</w:t>
      </w:r>
    </w:p>
    <w:p>
      <w:pPr>
        <w:spacing w:after="40"/>
      </w:pPr>
      <w:r>
        <w:rPr>
          <w:b/>
          <w:sz w:val="22"/>
        </w:rPr>
        <w:t>Zaměstnavatel:</w:t>
      </w:r>
    </w:p>
    <w:p>
      <w:pPr>
        <w:spacing w:after="40"/>
      </w:pPr>
      <w:r>
        <w:rPr>
          <w:b w:val="0"/>
          <w:sz w:val="22"/>
        </w:rPr>
        <w:t>Název / jméno: ____________________</w:t>
      </w:r>
    </w:p>
    <w:p>
      <w:pPr>
        <w:spacing w:after="40"/>
      </w:pPr>
      <w:r>
        <w:rPr>
          <w:b w:val="0"/>
          <w:sz w:val="22"/>
        </w:rPr>
        <w:t>Sídlo / adresa: ____________________</w:t>
      </w:r>
    </w:p>
    <w:p>
      <w:pPr>
        <w:spacing w:after="200"/>
      </w:pPr>
      <w:r>
        <w:rPr>
          <w:b w:val="0"/>
          <w:sz w:val="22"/>
        </w:rPr>
        <w:t>IČO: ____________________</w:t>
      </w:r>
    </w:p>
    <w:p>
      <w:pPr>
        <w:spacing w:after="40"/>
      </w:pPr>
      <w:r>
        <w:rPr>
          <w:b/>
          <w:sz w:val="22"/>
        </w:rPr>
        <w:t>Zaměstnanec:</w:t>
      </w:r>
    </w:p>
    <w:p>
      <w:pPr>
        <w:spacing w:after="40"/>
      </w:pPr>
      <w:r>
        <w:rPr>
          <w:b w:val="0"/>
          <w:sz w:val="22"/>
        </w:rPr>
        <w:t>Jméno a příjmení: ____________________</w:t>
      </w:r>
    </w:p>
    <w:p>
      <w:pPr>
        <w:spacing w:after="40"/>
      </w:pPr>
      <w:r>
        <w:rPr>
          <w:b w:val="0"/>
          <w:sz w:val="22"/>
        </w:rPr>
        <w:t>Datum narození: ____________________</w:t>
      </w:r>
    </w:p>
    <w:p>
      <w:pPr>
        <w:spacing w:after="240"/>
      </w:pPr>
      <w:r>
        <w:rPr>
          <w:b w:val="0"/>
          <w:sz w:val="22"/>
        </w:rPr>
        <w:t>Bydliště: ____________________</w:t>
      </w:r>
    </w:p>
    <w:p>
      <w:pPr>
        <w:spacing w:before="240" w:after="80"/>
      </w:pPr>
      <w:r>
        <w:rPr>
          <w:b/>
          <w:sz w:val="26"/>
        </w:rPr>
        <w:t>Výpověď dohody o provedení práce</w:t>
      </w:r>
    </w:p>
    <w:p>
      <w:pPr>
        <w:spacing w:after="120"/>
      </w:pPr>
      <w:r>
        <w:rPr>
          <w:b w:val="0"/>
          <w:sz w:val="22"/>
        </w:rPr>
        <w:t>Dne ____________ jsme spolu uzavřeli dohodu o provedení práce, jejímž předmětem je výkon práce: ________________________________________.</w:t>
      </w:r>
    </w:p>
    <w:p>
      <w:pPr>
        <w:spacing w:after="120"/>
      </w:pPr>
      <w:r>
        <w:rPr>
          <w:b w:val="0"/>
          <w:sz w:val="22"/>
        </w:rPr>
        <w:t>Tímto tuto dohodu o provedení práce vypovídám podle § 77 odst. 4 písm. b) zákoníku práce, a to z jakéhokoliv důvodu nebo bez uvedení důvodu.</w:t>
      </w:r>
    </w:p>
    <w:p>
      <w:pPr>
        <w:spacing w:after="120"/>
      </w:pPr>
      <w:r>
        <w:rPr>
          <w:b w:val="0"/>
          <w:sz w:val="22"/>
        </w:rPr>
        <w:t>Výpovědní doba činí 15 dnů a začíná běžet dnem, v němž byla tato výpověď doručena druhé smluvní straně. Právní vztah založený dohodou o provedení práce skončí uplynutím této výpovědní doby.</w:t>
      </w:r>
    </w:p>
    <w:p>
      <w:pPr>
        <w:spacing w:after="120"/>
      </w:pPr>
      <w:r>
        <w:rPr>
          <w:b w:val="0"/>
          <w:sz w:val="22"/>
        </w:rPr>
        <w:t>Žádám o vyplacení odměny za dosud vykonanou práci v nejbližším výplatním termínu a o vydání potvrzení o zaměstnání, pokud na něj vzniká nárok.</w:t>
      </w:r>
    </w:p>
    <w:p>
      <w:pPr>
        <w:spacing w:after="280"/>
      </w:pPr>
      <w:r>
        <w:rPr>
          <w:b w:val="0"/>
          <w:sz w:val="22"/>
        </w:rPr>
      </w:r>
    </w:p>
    <w:p>
      <w:pPr>
        <w:spacing w:after="600"/>
      </w:pPr>
      <w:r>
        <w:rPr>
          <w:b w:val="0"/>
          <w:sz w:val="22"/>
        </w:rPr>
        <w:t>V ____________ dne ____________</w:t>
      </w:r>
    </w:p>
    <w:p>
      <w:pPr>
        <w:spacing w:after="40"/>
      </w:pPr>
      <w:r>
        <w:rPr>
          <w:b w:val="0"/>
          <w:sz w:val="22"/>
        </w:rPr>
        <w:t>_________________________</w:t>
      </w:r>
    </w:p>
    <w:p>
      <w:pPr>
        <w:spacing w:after="400"/>
      </w:pPr>
      <w:r>
        <w:rPr>
          <w:b w:val="0"/>
          <w:color w:val="666666"/>
          <w:sz w:val="20"/>
        </w:rPr>
        <w:t>podpis vypovídající smluvní strany</w:t>
      </w:r>
    </w:p>
    <w:p>
      <w:pPr>
        <w:spacing w:before="240" w:after="80"/>
      </w:pPr>
      <w:r>
        <w:rPr>
          <w:b/>
          <w:sz w:val="26"/>
        </w:rPr>
        <w:t>Potvrzení o doručení výpovědi</w:t>
      </w:r>
    </w:p>
    <w:p>
      <w:pPr>
        <w:spacing w:after="600"/>
      </w:pPr>
      <w:r>
        <w:rPr>
          <w:b w:val="0"/>
          <w:sz w:val="22"/>
        </w:rPr>
        <w:t>Potvrzuji, že mi byla tato výpověď doručena dne ____________.</w:t>
      </w:r>
    </w:p>
    <w:p>
      <w:pPr>
        <w:spacing w:after="40"/>
      </w:pPr>
      <w:r>
        <w:rPr>
          <w:b w:val="0"/>
          <w:sz w:val="22"/>
        </w:rPr>
        <w:t>_________________________</w:t>
      </w:r>
    </w:p>
    <w:p>
      <w:pPr>
        <w:spacing w:after="280"/>
      </w:pPr>
      <w:r>
        <w:rPr>
          <w:b w:val="0"/>
          <w:color w:val="666666"/>
          <w:sz w:val="20"/>
        </w:rPr>
        <w:t>podpis druhé smluvní strany</w:t>
      </w:r>
    </w:p>
    <w:p>
      <w:pPr>
        <w:spacing w:after="0"/>
      </w:pPr>
      <w:r>
        <w:rPr>
          <w:b w:val="0"/>
          <w:color w:val="666666"/>
          <w:sz w:val="18"/>
        </w:rPr>
        <w:t>Pozn.: Výpověď může podat zaměstnanec i zaměstnavatel. Nehodící se údaje upravte. Chcete-li dohodu ukončit okamžitě, použijte místo výpovědi dvoustrannou dohodu o rozvázání právního vztahu podle § 77 odst. 4 písm. a) zákoníku práce, ve které sjednáte konkrétní den skončení.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