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VÝPLATNÍ PÁSKA</w:t>
      </w:r>
    </w:p>
    <w:p>
      <w:pPr>
        <w:jc w:val="center"/>
      </w:pPr>
      <w:r>
        <w:rPr>
          <w:sz w:val="20"/>
        </w:rPr>
        <w:t>doklad o složkách mzdy a provedených srážkách podle § 142 odst. 6 zákona č. 262/2006 Sb., zákoník práce</w:t>
      </w:r>
    </w:p>
    <w:p>
      <w:pPr>
        <w:spacing w:before="200"/>
      </w:pPr>
      <w:r>
        <w:rPr>
          <w:b/>
          <w:sz w:val="26"/>
        </w:rPr>
        <w:t>Zaměstnavatel</w:t>
      </w:r>
    </w:p>
    <w:p>
      <w:r>
        <w:t>Název / jméno: ____________________ IČO: ____________</w:t>
      </w:r>
    </w:p>
    <w:p>
      <w:r>
        <w:t>Sídlo: ____________________</w:t>
      </w:r>
    </w:p>
    <w:p>
      <w:pPr>
        <w:spacing w:before="200"/>
      </w:pPr>
      <w:r>
        <w:rPr>
          <w:b/>
          <w:sz w:val="26"/>
        </w:rPr>
        <w:t>Zaměstnanec</w:t>
      </w:r>
    </w:p>
    <w:p>
      <w:r>
        <w:t>Jméno a příjmení: ____________________ Osobní číslo: ____________</w:t>
      </w:r>
    </w:p>
    <w:p>
      <w:r>
        <w:t>Druh vztahu: pracovní poměr / DPP / DPČ (nehodící se škrtněte)</w:t>
      </w:r>
    </w:p>
    <w:p>
      <w:r>
        <w:t>Období (měsíc/rok): ____________ Odpracováno hodin: ____________ Dovolená (dny): ____________</w:t>
      </w:r>
    </w:p>
    <w:p>
      <w:pPr>
        <w:spacing w:before="200"/>
      </w:pPr>
      <w:r>
        <w:rPr>
          <w:b/>
          <w:sz w:val="26"/>
        </w:rPr>
        <w:t>Složky mzdy / odměny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Základní mzda / odměna z dohody</w:t>
            </w:r>
          </w:p>
        </w:tc>
        <w:tc>
          <w:tcPr>
            <w:tcW w:type="dxa" w:w="4873"/>
          </w:tcPr>
          <w:p>
            <w:r>
              <w:t>Kč</w:t>
            </w:r>
          </w:p>
        </w:tc>
      </w:tr>
      <w:tr>
        <w:tc>
          <w:tcPr>
            <w:tcW w:type="dxa" w:w="4873"/>
          </w:tcPr>
          <w:p>
            <w:r>
              <w:t>Příplatky (přesčas, svátek, víkend, noc)</w:t>
            </w:r>
          </w:p>
        </w:tc>
        <w:tc>
          <w:tcPr>
            <w:tcW w:type="dxa" w:w="4873"/>
          </w:tcPr>
          <w:p>
            <w:r>
              <w:t>Kč</w:t>
            </w:r>
          </w:p>
        </w:tc>
      </w:tr>
      <w:tr>
        <w:tc>
          <w:tcPr>
            <w:tcW w:type="dxa" w:w="4873"/>
          </w:tcPr>
          <w:p>
            <w:r>
              <w:t>Odměny a prémie</w:t>
            </w:r>
          </w:p>
        </w:tc>
        <w:tc>
          <w:tcPr>
            <w:tcW w:type="dxa" w:w="4873"/>
          </w:tcPr>
          <w:p>
            <w:r>
              <w:t>Kč</w:t>
            </w:r>
          </w:p>
        </w:tc>
      </w:tr>
      <w:tr>
        <w:tc>
          <w:tcPr>
            <w:tcW w:type="dxa" w:w="4873"/>
          </w:tcPr>
          <w:p>
            <w:r>
              <w:t>Náhrady mzdy (dovolená, svátek, překážky)</w:t>
            </w:r>
          </w:p>
        </w:tc>
        <w:tc>
          <w:tcPr>
            <w:tcW w:type="dxa" w:w="4873"/>
          </w:tcPr>
          <w:p>
            <w:r>
              <w:t>Kč</w:t>
            </w:r>
          </w:p>
        </w:tc>
      </w:tr>
      <w:tr>
        <w:tc>
          <w:tcPr>
            <w:tcW w:type="dxa" w:w="4873"/>
          </w:tcPr>
          <w:p>
            <w:r>
              <w:t>Náhrada mzdy při dočasné pracovní neschopnosti</w:t>
            </w:r>
          </w:p>
        </w:tc>
        <w:tc>
          <w:tcPr>
            <w:tcW w:type="dxa" w:w="4873"/>
          </w:tcPr>
          <w:p>
            <w:r>
              <w:t>Kč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HRUBÁ MZDA CELKEM</w:t>
            </w:r>
          </w:p>
        </w:tc>
        <w:tc>
          <w:tcPr>
            <w:tcW w:type="dxa" w:w="4873"/>
          </w:tcPr>
          <w:p>
            <w:r>
              <w:rPr>
                <w:b/>
              </w:rPr>
              <w:t>Kč</w:t>
            </w:r>
          </w:p>
        </w:tc>
      </w:tr>
    </w:tbl>
    <w:p>
      <w:pPr>
        <w:spacing w:before="200"/>
      </w:pPr>
      <w:r>
        <w:rPr>
          <w:b/>
          <w:sz w:val="26"/>
        </w:rPr>
        <w:t>Srážky z mzdy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Pojistné na sociální zabezpečení (zaměstnanec)</w:t>
            </w:r>
          </w:p>
        </w:tc>
        <w:tc>
          <w:tcPr>
            <w:tcW w:type="dxa" w:w="4873"/>
          </w:tcPr>
          <w:p>
            <w:r>
              <w:t>Kč</w:t>
            </w:r>
          </w:p>
        </w:tc>
      </w:tr>
      <w:tr>
        <w:tc>
          <w:tcPr>
            <w:tcW w:type="dxa" w:w="4873"/>
          </w:tcPr>
          <w:p>
            <w:r>
              <w:t>Pojistné na zdravotní pojištění (zaměstnanec)</w:t>
            </w:r>
          </w:p>
        </w:tc>
        <w:tc>
          <w:tcPr>
            <w:tcW w:type="dxa" w:w="4873"/>
          </w:tcPr>
          <w:p>
            <w:r>
              <w:t>Kč</w:t>
            </w:r>
          </w:p>
        </w:tc>
      </w:tr>
      <w:tr>
        <w:tc>
          <w:tcPr>
            <w:tcW w:type="dxa" w:w="4873"/>
          </w:tcPr>
          <w:p>
            <w:r>
              <w:t>Záloha na daň z příjmů po slevách</w:t>
            </w:r>
          </w:p>
        </w:tc>
        <w:tc>
          <w:tcPr>
            <w:tcW w:type="dxa" w:w="4873"/>
          </w:tcPr>
          <w:p>
            <w:r>
              <w:t>Kč</w:t>
            </w:r>
          </w:p>
        </w:tc>
      </w:tr>
      <w:tr>
        <w:tc>
          <w:tcPr>
            <w:tcW w:type="dxa" w:w="4873"/>
          </w:tcPr>
          <w:p>
            <w:r>
              <w:t>Ostatní srážky (exekuce, spoření, stravné)</w:t>
            </w:r>
          </w:p>
        </w:tc>
        <w:tc>
          <w:tcPr>
            <w:tcW w:type="dxa" w:w="4873"/>
          </w:tcPr>
          <w:p>
            <w:r>
              <w:t>Kč</w:t>
            </w:r>
          </w:p>
        </w:tc>
      </w:tr>
      <w:tr>
        <w:tc>
          <w:tcPr>
            <w:tcW w:type="dxa" w:w="4873"/>
          </w:tcPr>
          <w:p>
            <w:r>
              <w:rPr>
                <w:b/>
              </w:rPr>
              <w:t>SRÁŽKY CELKEM</w:t>
            </w:r>
          </w:p>
        </w:tc>
        <w:tc>
          <w:tcPr>
            <w:tcW w:type="dxa" w:w="4873"/>
          </w:tcPr>
          <w:p>
            <w:r>
              <w:rPr>
                <w:b/>
              </w:rPr>
              <w:t>Kč</w:t>
            </w:r>
          </w:p>
        </w:tc>
      </w:tr>
    </w:tbl>
    <w:p>
      <w:pPr>
        <w:spacing w:before="200"/>
      </w:pPr>
      <w:r>
        <w:rPr>
          <w:b/>
          <w:sz w:val="26"/>
        </w:rPr>
        <w:t>K výplatě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>
              <w:t>ČISTÁ MZDA / ČÁSTKA K VÝPLATĚ</w:t>
            </w:r>
          </w:p>
        </w:tc>
        <w:tc>
          <w:tcPr>
            <w:tcW w:type="dxa" w:w="4873"/>
          </w:tcPr>
          <w:p>
            <w:r>
              <w:t>Kč</w:t>
            </w:r>
          </w:p>
        </w:tc>
      </w:tr>
      <w:tr>
        <w:tc>
          <w:tcPr>
            <w:tcW w:type="dxa" w:w="4873"/>
          </w:tcPr>
          <w:p>
            <w:r>
              <w:t>Způsob výplaty (účet č. / hotově)</w:t>
            </w:r>
          </w:p>
        </w:tc>
        <w:tc>
          <w:tcPr>
            <w:tcW w:type="dxa" w:w="4873"/>
          </w:tcPr>
          <w:p>
            <w:r/>
          </w:p>
        </w:tc>
      </w:tr>
      <w:tr>
        <w:tc>
          <w:tcPr>
            <w:tcW w:type="dxa" w:w="4873"/>
          </w:tcPr>
          <w:p>
            <w:r>
              <w:t>Termín výplaty</w:t>
            </w:r>
          </w:p>
        </w:tc>
        <w:tc>
          <w:tcPr>
            <w:tcW w:type="dxa" w:w="4873"/>
          </w:tcPr>
          <w:p>
            <w:r/>
          </w:p>
        </w:tc>
      </w:tr>
    </w:tbl>
    <w:p>
      <w:r/>
    </w:p>
    <w:p>
      <w:r>
        <w:rPr>
          <w:i/>
          <w:sz w:val="20"/>
        </w:rPr>
        <w:t>Šablona záměrně neobsahuje žádné výpočty ani sazby: částky doplňte podle své mzdové evidence. Orientační výpočet čisté mzdy a odvodů najdete na dokladbot.cz/nastroje/kalkulacka-ciste-mzdy.</w:t>
      </w:r>
    </w:p>
    <w:p>
      <w:r/>
    </w:p>
    <w:p>
      <w:r>
        <w:t>V ____________ dne ____________</w:t>
      </w:r>
    </w:p>
    <w:p>
      <w:r/>
    </w:p>
    <w:p>
      <w:r>
        <w:t>_________________________</w:t>
      </w:r>
    </w:p>
    <w:p>
      <w:r>
        <w:t>razítko a podpis zaměstnavatele (nepovinné), převzal zaměstnanec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