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22"/>
        </w:rPr>
        <w:t>Jméno a příjmení / název firmy</w:t>
      </w:r>
    </w:p>
    <w:p>
      <w:pPr>
        <w:spacing w:after="0"/>
      </w:pPr>
      <w:r>
        <w:rPr>
          <w:b w:val="0"/>
          <w:i w:val="0"/>
          <w:sz w:val="22"/>
        </w:rPr>
        <w:t>Ulice a číslo popisné</w:t>
      </w:r>
    </w:p>
    <w:p>
      <w:pPr>
        <w:spacing w:after="0"/>
      </w:pPr>
      <w:r>
        <w:rPr>
          <w:b w:val="0"/>
          <w:i w:val="0"/>
          <w:sz w:val="22"/>
        </w:rPr>
        <w:t>PSČ Obec</w:t>
      </w:r>
    </w:p>
    <w:p>
      <w:pPr>
        <w:spacing w:after="280"/>
      </w:pPr>
      <w:r>
        <w:rPr>
          <w:b w:val="0"/>
          <w:i w:val="0"/>
          <w:sz w:val="18"/>
        </w:rPr>
        <w:t>IČO: ____________  |  telefon: ____________  |  e-mail: ____________  |  datová schránka: 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819"/>
          </w:tcPr>
          <w:p>
            <w:r/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sz w:val="22"/>
              </w:rPr>
              <w:t>Název úřadu / firmy</w:t>
            </w:r>
          </w:p>
          <w:p>
            <w:pPr>
              <w:spacing w:after="0"/>
            </w:pPr>
            <w:r>
              <w:rPr>
                <w:sz w:val="22"/>
              </w:rPr>
              <w:t>Odbor / oddělení / k rukám</w:t>
            </w:r>
          </w:p>
          <w:p>
            <w:pPr>
              <w:spacing w:after="0"/>
            </w:pPr>
            <w:r>
              <w:rPr>
                <w:sz w:val="22"/>
              </w:rPr>
              <w:t>Ulice a číslo popisné</w:t>
            </w:r>
          </w:p>
          <w:p>
            <w:pPr>
              <w:spacing w:after="0"/>
            </w:pPr>
            <w:r>
              <w:rPr>
                <w:sz w:val="22"/>
              </w:rPr>
              <w:t>PSČ OBEC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81"/>
            <w:shd w:val="clear" w:color="auto" w:fill="DCFCE7"/>
          </w:tcPr>
          <w:p>
            <w:r/>
            <w:r>
              <w:rPr>
                <w:b/>
                <w:sz w:val="18"/>
              </w:rPr>
              <w:t>Váš dopis značky / ze dne</w:t>
            </w:r>
          </w:p>
        </w:tc>
        <w:tc>
          <w:tcPr>
            <w:tcW w:type="dxa" w:w="2041"/>
            <w:shd w:val="clear" w:color="auto" w:fill="DCFCE7"/>
          </w:tcPr>
          <w:p>
            <w:r/>
            <w:r>
              <w:rPr>
                <w:b/>
                <w:sz w:val="18"/>
              </w:rPr>
              <w:t>Naše značka</w:t>
            </w:r>
          </w:p>
        </w:tc>
        <w:tc>
          <w:tcPr>
            <w:tcW w:type="dxa" w:w="2494"/>
            <w:shd w:val="clear" w:color="auto" w:fill="DCFCE7"/>
          </w:tcPr>
          <w:p>
            <w:r/>
            <w:r>
              <w:rPr>
                <w:b/>
                <w:sz w:val="18"/>
              </w:rPr>
              <w:t>Vyřizuje / linka</w:t>
            </w:r>
          </w:p>
        </w:tc>
        <w:tc>
          <w:tcPr>
            <w:tcW w:type="dxa" w:w="2494"/>
            <w:shd w:val="clear" w:color="auto" w:fill="DCFCE7"/>
          </w:tcPr>
          <w:p>
            <w:r/>
            <w:r>
              <w:rPr>
                <w:b/>
                <w:sz w:val="18"/>
              </w:rPr>
              <w:t>Místo a datum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8"/>
              </w:rPr>
              <w:t>____________ / ____________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____________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____________ / ____________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____________ dne ____________</w:t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b/>
          <w:i w:val="0"/>
          <w:sz w:val="24"/>
        </w:rPr>
        <w:t>Věc: ____________________________________________</w:t>
      </w:r>
    </w:p>
    <w:p>
      <w:r>
        <w:rPr>
          <w:b w:val="0"/>
          <w:i w:val="0"/>
          <w:sz w:val="22"/>
        </w:rPr>
        <w:t>Vážená paní, vážený pane, [nebo Vážená paní Nováková, / Vážený pane inženýre,]</w:t>
      </w:r>
    </w:p>
    <w:p>
      <w:r>
        <w:rPr>
          <w:b w:val="0"/>
          <w:i w:val="0"/>
          <w:sz w:val="22"/>
        </w:rPr>
        <w:t>[Úvod: v první větě řekněte, proč píšete. Odkažte na předchozí dopis, rozhodnutí, smlouvu nebo telefonát a uveďte jeho datum a číslo jednací.]</w:t>
      </w:r>
    </w:p>
    <w:p>
      <w:r>
        <w:rPr>
          <w:b w:val="0"/>
          <w:i w:val="0"/>
          <w:sz w:val="22"/>
        </w:rPr>
        <w:t>________________________________________________________________________</w:t>
      </w:r>
    </w:p>
    <w:p>
      <w:r>
        <w:rPr>
          <w:b w:val="0"/>
          <w:i w:val="0"/>
          <w:sz w:val="22"/>
        </w:rPr>
        <w:t>[Jádro: v jednom až třech odstavcích popište skutkový stav a co požadujete. Pište věcně, bez emocí, krátkými větami. Každý požadavek doložte přílohou nebo odkazem na paragraf.]</w:t>
      </w:r>
    </w:p>
    <w:p>
      <w:r>
        <w:rPr>
          <w:b w:val="0"/>
          <w:i w:val="0"/>
          <w:sz w:val="22"/>
        </w:rPr>
        <w:t>________________________________________________________________________</w:t>
      </w:r>
    </w:p>
    <w:p>
      <w:r>
        <w:rPr>
          <w:b w:val="0"/>
          <w:i w:val="0"/>
          <w:sz w:val="22"/>
        </w:rPr>
        <w:t>________________________________________________________________________</w:t>
      </w:r>
    </w:p>
    <w:p>
      <w:r>
        <w:rPr>
          <w:b w:val="0"/>
          <w:i w:val="0"/>
          <w:sz w:val="22"/>
        </w:rPr>
        <w:t>[Závěr: shrňte, co očekáváte a do kdy. Například: Žádám o písemné vyjádření do 30 dnů od doručení tohoto dopisu.]</w:t>
      </w:r>
    </w:p>
    <w:p>
      <w:pPr>
        <w:spacing w:after="200"/>
      </w:pPr>
      <w:r>
        <w:rPr>
          <w:b w:val="0"/>
          <w:i w:val="0"/>
          <w:sz w:val="22"/>
        </w:rPr>
        <w:t>________________________________________________________________________</w:t>
      </w:r>
    </w:p>
    <w:p>
      <w:r>
        <w:rPr>
          <w:b w:val="0"/>
          <w:i w:val="0"/>
          <w:sz w:val="22"/>
        </w:rPr>
        <w:t>S pozdravem</w:t>
      </w:r>
    </w:p>
    <w:p/>
    <w:p/>
    <w:p>
      <w:pPr>
        <w:spacing w:after="0"/>
      </w:pPr>
      <w:r>
        <w:rPr>
          <w:b w:val="0"/>
          <w:i w:val="0"/>
          <w:sz w:val="22"/>
        </w:rPr>
        <w:t>_________________________</w:t>
      </w:r>
    </w:p>
    <w:p>
      <w:pPr>
        <w:spacing w:after="200"/>
      </w:pPr>
      <w:r>
        <w:rPr>
          <w:b w:val="0"/>
          <w:i w:val="0"/>
          <w:sz w:val="20"/>
        </w:rPr>
        <w:t>jméno a příjmení, funkce</w:t>
      </w:r>
    </w:p>
    <w:p>
      <w:pPr>
        <w:spacing w:after="0"/>
      </w:pPr>
      <w:r>
        <w:rPr>
          <w:b/>
          <w:i w:val="0"/>
          <w:sz w:val="22"/>
        </w:rPr>
        <w:t>Přílohy:</w:t>
      </w:r>
    </w:p>
    <w:p>
      <w:pPr>
        <w:spacing w:after="0"/>
      </w:pPr>
      <w:r>
        <w:rPr>
          <w:b w:val="0"/>
          <w:i w:val="0"/>
          <w:sz w:val="22"/>
        </w:rPr>
        <w:t>1. ____________________________________________</w:t>
      </w:r>
    </w:p>
    <w:p>
      <w:pPr>
        <w:spacing w:after="200"/>
      </w:pPr>
      <w:r>
        <w:rPr>
          <w:b w:val="0"/>
          <w:i w:val="0"/>
          <w:sz w:val="22"/>
        </w:rPr>
        <w:t>2. ____________________________________________</w:t>
      </w:r>
    </w:p>
    <w:p>
      <w:pPr>
        <w:spacing w:after="200"/>
      </w:pPr>
      <w:r>
        <w:rPr>
          <w:b w:val="0"/>
          <w:i w:val="0"/>
          <w:sz w:val="20"/>
        </w:rPr>
        <w:t>Na vědomí: ____________________________________________</w:t>
      </w:r>
    </w:p>
    <w:p>
      <w:r>
        <w:rPr>
          <w:b w:val="0"/>
          <w:i/>
          <w:sz w:val="18"/>
        </w:rPr>
        <w:t>Úprava podle ČSN 01 6910: odesílatel vlevo nahoře, adresní pole vpravo (název, odbor nebo osoba, ulice, PSČ a obec velkými písmeny), řádek odvolacích údajů, Věc tučně bez tečky na konci, oslovení s čárkou, text zarovnaný vlevo s mezerou mezi odstavci, závěrečný pozdrav, podpis s čitelným jménem a funkcí, seznam příloh. Jednotlivé prvky oddělujte prázdným řádkem, datum pište ve tvaru 23. září 2026 nebo 23. 9. 2026.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