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22"/>
        </w:rPr>
        <w:t>Zaměstnavatel:</w:t>
      </w:r>
    </w:p>
    <w:p>
      <w:r>
        <w:rPr>
          <w:b w:val="0"/>
          <w:sz w:val="22"/>
        </w:rPr>
        <w:t>Obchodní firma / jméno a příjmení: ____________________</w:t>
      </w:r>
    </w:p>
    <w:p>
      <w:r>
        <w:rPr>
          <w:b w:val="0"/>
          <w:sz w:val="22"/>
        </w:rPr>
        <w:t>Sídlo / místo podnikání: ____________________</w:t>
      </w:r>
    </w:p>
    <w:p>
      <w:r>
        <w:rPr>
          <w:b w:val="0"/>
          <w:sz w:val="22"/>
        </w:rPr>
        <w:t>IČO: ____________________</w:t>
      </w:r>
    </w:p>
    <w:p>
      <w:r>
        <w:rPr>
          <w:b w:val="0"/>
          <w:sz w:val="22"/>
        </w:rPr>
        <w:t>Zastoupený: ____________________</w:t>
      </w:r>
    </w:p>
    <w:p/>
    <w:p>
      <w:pPr>
        <w:spacing w:after="40"/>
      </w:pPr>
      <w:r>
        <w:rPr>
          <w:b/>
          <w:sz w:val="22"/>
        </w:rPr>
        <w:t>Zaměstnanec:</w:t>
      </w:r>
    </w:p>
    <w:p>
      <w:r>
        <w:rPr>
          <w:b w:val="0"/>
          <w:sz w:val="22"/>
        </w:rPr>
        <w:t>Jméno a příjmení: ____________________</w:t>
      </w:r>
    </w:p>
    <w:p>
      <w:r>
        <w:rPr>
          <w:b w:val="0"/>
          <w:sz w:val="22"/>
        </w:rPr>
        <w:t>Datum narození: ____________________</w:t>
      </w:r>
    </w:p>
    <w:p>
      <w:r>
        <w:rPr>
          <w:b w:val="0"/>
          <w:sz w:val="22"/>
        </w:rPr>
        <w:t>Bydliště: ____________________</w:t>
      </w:r>
    </w:p>
    <w:p/>
    <w:p>
      <w:r>
        <w:rPr>
          <w:b w:val="0"/>
          <w:sz w:val="22"/>
        </w:rPr>
        <w:t>V ____________________ dne ____________________</w:t>
      </w:r>
    </w:p>
    <w:p/>
    <w:p>
      <w:pPr>
        <w:spacing w:after="40"/>
        <w:jc w:val="center"/>
      </w:pPr>
      <w:r>
        <w:rPr>
          <w:b/>
          <w:sz w:val="36"/>
        </w:rPr>
        <w:t>VÝZVA K ODSTRANĚNÍ NEUSPOKOJIVÝCH PRACOVNÍCH VÝSLEDKŮ</w:t>
      </w:r>
    </w:p>
    <w:p>
      <w:pPr>
        <w:spacing w:after="200"/>
        <w:jc w:val="center"/>
      </w:pPr>
      <w:r>
        <w:rPr>
          <w:b w:val="0"/>
          <w:sz w:val="20"/>
        </w:rPr>
        <w:t>podle § 52 písm. f) zákona č. 262/2006 Sb., zákoník práce, ve znění pozdějších předpisů</w:t>
      </w:r>
    </w:p>
    <w:p>
      <w:pPr>
        <w:spacing w:before="200" w:after="80"/>
      </w:pPr>
      <w:r>
        <w:rPr>
          <w:b/>
          <w:sz w:val="24"/>
        </w:rPr>
        <w:t>I. Neuspokojivé pracovní výsledky</w:t>
      </w:r>
    </w:p>
    <w:p>
      <w:r>
        <w:rPr>
          <w:b w:val="0"/>
          <w:sz w:val="22"/>
        </w:rPr>
        <w:t>V období od ____________________ do ____________________ jste na pozici ____________________ dosahoval(a) těchto neuspokojivých pracovních výsledků:</w:t>
      </w:r>
    </w:p>
    <w:p>
      <w:r>
        <w:rPr>
          <w:b w:val="0"/>
          <w:sz w:val="22"/>
        </w:rPr>
        <w:t>____________________ (uveďte měřitelně, co konkrétně neodpovídá požadavkům: například nesplnění stanoveného objemu práce, opakované vady odvedené práce a reklamace zákazníků, nedodržení termínů zakázek, chybovost ve zpracovaných dokladech).</w:t>
      </w:r>
    </w:p>
    <w:p>
      <w:r>
        <w:rPr>
          <w:b w:val="0"/>
          <w:sz w:val="22"/>
        </w:rPr>
        <w:t>Požadavky na výkon práce vyplývají z ____________________ (pracovní náplň, popis pracovní pozice, vnitřní předpis, zadání zakázky) a byl(a) jste s nimi seznámen(a) dne ____________________.</w:t>
      </w:r>
    </w:p>
    <w:p>
      <w:pPr>
        <w:spacing w:before="200" w:after="80"/>
      </w:pPr>
      <w:r>
        <w:rPr>
          <w:b/>
          <w:sz w:val="24"/>
        </w:rPr>
        <w:t>II. Výzva a lhůta k nápravě</w:t>
      </w:r>
    </w:p>
    <w:p>
      <w:r>
        <w:rPr>
          <w:b w:val="0"/>
          <w:sz w:val="22"/>
        </w:rPr>
        <w:t>Vyzýváme vás, abyste uvedené nedostatky odstranil(a) nejpozději do ____________________. V této lhůtě očekáváme zejména: ____________________.</w:t>
      </w:r>
    </w:p>
    <w:p>
      <w:r>
        <w:rPr>
          <w:b w:val="0"/>
          <w:sz w:val="22"/>
        </w:rPr>
        <w:t>K dosažení nápravy vám zaměstnavatel poskytne tuto podporu: ____________________ (zaškolení, změna rozvržení práce, konzultace s vedoucím).</w:t>
      </w:r>
    </w:p>
    <w:p>
      <w:pPr>
        <w:spacing w:before="200" w:after="80"/>
      </w:pPr>
      <w:r>
        <w:rPr>
          <w:b/>
          <w:sz w:val="24"/>
        </w:rPr>
        <w:t>III. Upozornění na možnost výpovědi</w:t>
      </w:r>
    </w:p>
    <w:p>
      <w:r>
        <w:rPr>
          <w:b w:val="0"/>
          <w:sz w:val="22"/>
        </w:rPr>
        <w:t>Upozorňujeme vás, že neodstraníte-li uvedené neuspokojivé pracovní výsledky ve stanovené lhůtě, může s vámi zaměstnavatel rozvázat pracovní poměr výpovědí podle § 52 písm. f) zákoníku práce. Výpověď z tohoto důvodu lze dát jen tehdy, byl(a) jste v době posledních 12 měsíců písemně vyzván(a) k odstranění neuspokojivých pracovních výsledků a v přiměřené době jste je neodstranil(a).</w:t>
      </w:r>
    </w:p>
    <w:p/>
    <w:p/>
    <w:p/>
    <w:p>
      <w:pPr>
        <w:spacing w:after="0"/>
      </w:pPr>
      <w:r>
        <w:rPr>
          <w:b w:val="0"/>
          <w:sz w:val="22"/>
        </w:rPr>
        <w:t>_________________________</w:t>
      </w:r>
    </w:p>
    <w:p>
      <w:r>
        <w:rPr>
          <w:b w:val="0"/>
          <w:color w:val="6B726E"/>
          <w:sz w:val="20"/>
        </w:rPr>
        <w:t>jméno, funkce a podpis za zaměstnavatele</w:t>
      </w:r>
    </w:p>
    <w:p/>
    <w:p>
      <w:pPr>
        <w:spacing w:after="40"/>
      </w:pPr>
      <w:r>
        <w:rPr>
          <w:b/>
          <w:sz w:val="22"/>
        </w:rPr>
        <w:t>Převzetí zaměstnancem</w:t>
      </w:r>
    </w:p>
    <w:p>
      <w:r>
        <w:rPr>
          <w:b w:val="0"/>
          <w:sz w:val="22"/>
        </w:rPr>
        <w:t>Potvrzuji, že jsem tuto výzvu převzal(a) dne ____________________.</w:t>
      </w:r>
    </w:p>
    <w:p/>
    <w:p>
      <w:pPr>
        <w:spacing w:after="0"/>
      </w:pPr>
      <w:r>
        <w:rPr>
          <w:b w:val="0"/>
          <w:sz w:val="22"/>
        </w:rPr>
        <w:t>_________________________</w:t>
      </w:r>
    </w:p>
    <w:p>
      <w:r>
        <w:rPr>
          <w:b w:val="0"/>
          <w:color w:val="6B726E"/>
          <w:sz w:val="20"/>
        </w:rPr>
        <w:t>podpis zaměstnance</w:t>
      </w:r>
    </w:p>
    <w:p/>
    <w:p>
      <w:r>
        <w:rPr>
          <w:b w:val="0"/>
          <w:color w:val="6B726E"/>
          <w:sz w:val="18"/>
        </w:rPr>
        <w:t>Pozn.: Neuspokojivé pracovní výsledky nejsou porušením povinnosti; zaměstnanec je nedosahuje, aniž by porušil pracovní kázeň (například nestačí tempu práce). Proto se pro ně použije jiný výpovědní důvod než pro porušení povinnosti a písemná výzva k nápravě s přiměřenou lhůtou je zákonnou podmínkou platné výpovědi. Výzvu doručujte do vlastních rukou.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