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2"/>
        </w:rPr>
        <w:t>POSLEDNÍ UPOMÍNKA PŘED PŘEDÁNÍM POHLEDÁVKY K VYMÁHÁNÍ</w:t>
      </w:r>
    </w:p>
    <w:p>
      <w:pPr>
        <w:jc w:val="center"/>
      </w:pPr>
      <w:r>
        <w:rPr>
          <w:b w:val="0"/>
          <w:color w:val="666666"/>
          <w:sz w:val="20"/>
        </w:rPr>
        <w:t>3. stupeň: důrazná poslední upomínka, obvykle 30 a více dní po splatnosti</w:t>
      </w:r>
    </w:p>
    <w:p>
      <w:r>
        <w:rPr>
          <w:b/>
          <w:sz w:val="22"/>
        </w:rPr>
        <w:t>Dodavatel (věřitel):</w:t>
      </w:r>
    </w:p>
    <w:p>
      <w:r>
        <w:rPr>
          <w:b w:val="0"/>
          <w:sz w:val="22"/>
        </w:rPr>
        <w:t>Jméno / název: ____________________</w:t>
      </w:r>
    </w:p>
    <w:p>
      <w:r>
        <w:rPr>
          <w:b w:val="0"/>
          <w:sz w:val="22"/>
        </w:rPr>
        <w:t>Sídlo / adresa: ____________________</w:t>
      </w:r>
    </w:p>
    <w:p>
      <w:r>
        <w:rPr>
          <w:b w:val="0"/>
          <w:sz w:val="22"/>
        </w:rPr>
        <w:t>IČO: ____________________</w:t>
      </w:r>
    </w:p>
    <w:p>
      <w:r>
        <w:rPr>
          <w:b/>
          <w:sz w:val="22"/>
        </w:rPr>
        <w:t>Odběratel (dlužník):</w:t>
      </w:r>
    </w:p>
    <w:p>
      <w:r>
        <w:rPr>
          <w:b w:val="0"/>
          <w:sz w:val="22"/>
        </w:rPr>
        <w:t>Jméno / název: ____________________</w:t>
      </w:r>
    </w:p>
    <w:p>
      <w:r>
        <w:rPr>
          <w:b w:val="0"/>
          <w:sz w:val="22"/>
        </w:rPr>
        <w:t>Sídlo / adresa: ____________________</w:t>
      </w:r>
    </w:p>
    <w:p>
      <w:r>
        <w:rPr>
          <w:b w:val="0"/>
          <w:sz w:val="22"/>
        </w:rPr>
        <w:t>IČO: ____________________</w:t>
      </w:r>
    </w:p>
    <w:p>
      <w:r>
        <w:rPr>
          <w:b/>
          <w:sz w:val="26"/>
        </w:rPr>
        <w:t>Věc: Poslední upomínka, faktura č. ____________</w:t>
      </w:r>
    </w:p>
    <w:p>
      <w:r>
        <w:rPr>
          <w:b w:val="0"/>
          <w:sz w:val="22"/>
        </w:rPr>
        <w:t>Číslo faktury: ____________________</w:t>
      </w:r>
    </w:p>
    <w:p>
      <w:r>
        <w:rPr>
          <w:b w:val="0"/>
          <w:sz w:val="22"/>
        </w:rPr>
        <w:t>Datum vystavení: ____________  Datum splatnosti: ____________</w:t>
      </w:r>
    </w:p>
    <w:p>
      <w:r>
        <w:rPr>
          <w:b w:val="0"/>
          <w:sz w:val="22"/>
        </w:rPr>
        <w:t>Dlužná částka: ____________ Kč</w:t>
      </w:r>
    </w:p>
    <w:p>
      <w:r>
        <w:rPr>
          <w:b w:val="0"/>
          <w:sz w:val="22"/>
        </w:rPr>
        <w:t>Číslo účtu pro úhradu: ____________________  Variabilní symbol: ____________</w:t>
      </w:r>
    </w:p>
    <w:p>
      <w:r>
        <w:rPr>
          <w:b w:val="0"/>
          <w:sz w:val="22"/>
        </w:rPr>
      </w:r>
    </w:p>
    <w:p>
      <w:r>
        <w:rPr>
          <w:b w:val="0"/>
          <w:sz w:val="22"/>
        </w:rPr>
        <w:t>Vážení,</w:t>
      </w:r>
    </w:p>
    <w:p>
      <w:r>
        <w:rPr>
          <w:b w:val="0"/>
          <w:sz w:val="22"/>
        </w:rPr>
        <w:t>přes připomínku ze dne ____________ a upomínku ze dne ____________ nebyla výše uvedená faktura do dnešního dne uhrazena.</w:t>
      </w:r>
    </w:p>
    <w:p>
      <w:r>
        <w:rPr>
          <w:b w:val="0"/>
          <w:sz w:val="22"/>
        </w:rPr>
        <w:t>Naposledy Vás vyzýváme k úhradě celé dlužné částky nejpozději do ____________.</w:t>
      </w:r>
    </w:p>
    <w:p>
      <w:r>
        <w:rPr>
          <w:b w:val="0"/>
          <w:sz w:val="22"/>
        </w:rPr>
        <w:t>Ke dni sepsání této upomínky evidujeme kromě jistiny také zákonný úrok z prodlení ve výši ____________ Kč a paušální náhradu nákladů spojených s uplatněním pohledávky ve výši 1 200 Kč, celkem tedy ____________ Kč.</w:t>
      </w:r>
    </w:p>
    <w:p>
      <w:r>
        <w:rPr>
          <w:b w:val="0"/>
          <w:sz w:val="22"/>
        </w:rPr>
        <w:t>Nebude-li dlužná částka v uvedené lhůtě připsána na náš účet, předáme pohledávku bez dalšího upozornění advokátní kanceláři k vymáhání, včetně zaslání předžalobní výzvy a případného soudního řízení. Veškeré další náklady s tím spojené (náklady právního zastoupení, soudní poplatek) půjdou k Vaší tíži.</w:t>
      </w:r>
    </w:p>
    <w:p>
      <w:r>
        <w:rPr>
          <w:b w:val="0"/>
          <w:sz w:val="22"/>
        </w:rPr>
        <w:t>Pokud jste platbu mezitím odeslali, považujte tuto upomínku za bezpředmětnou a informujte nás prosím o datu úhrady.</w:t>
      </w:r>
    </w:p>
    <w:p>
      <w:r>
        <w:rPr>
          <w:b w:val="0"/>
          <w:sz w:val="22"/>
        </w:rPr>
      </w:r>
    </w:p>
    <w:p>
      <w:r>
        <w:rPr>
          <w:b w:val="0"/>
          <w:sz w:val="22"/>
        </w:rPr>
        <w:t>V ____________ dne ____________</w:t>
      </w:r>
    </w:p>
    <w:p>
      <w:r>
        <w:rPr>
          <w:b w:val="0"/>
          <w:sz w:val="22"/>
        </w:rPr>
        <w:t>_________________________</w:t>
      </w:r>
    </w:p>
    <w:p>
      <w:r>
        <w:rPr>
          <w:b w:val="0"/>
          <w:color w:val="666666"/>
          <w:sz w:val="20"/>
        </w:rPr>
        <w:t>podpis věřitele (dodavatele)</w:t>
      </w:r>
    </w:p>
    <w:p>
      <w:r>
        <w:rPr>
          <w:b w:val="0"/>
          <w:color w:val="666666"/>
          <w:sz w:val="18"/>
        </w:rPr>
        <w:t>Pozn.: Poslední upomínku doručte prokazatelně: doporučeným dopisem s dodejkou, nebo datovou schránkou. Předžalobní výzvu podle § 142a občanského soudního řádu doporučujeme svěřit advokátovi, chybné doručení může znamenat ztrátu nároku na náhradu nákladů řízení.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/>
    <w:r>
      <w:rPr>
        <w:color w:val="6B726E"/>
        <w:sz w:val="16"/>
      </w:rPr>
      <w:t>Vzor připravil DokladBot | české účetnictví přes WhatsApp | dokladbot.cz/vzory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4" w:lineRule="auto"/>
    </w:p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