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PŘIPOMÍNKA SPLATNOSTI FAKTURY</w:t>
      </w:r>
    </w:p>
    <w:p>
      <w:pPr>
        <w:jc w:val="center"/>
      </w:pPr>
      <w:r>
        <w:rPr>
          <w:b w:val="0"/>
          <w:color w:val="666666"/>
          <w:sz w:val="20"/>
        </w:rPr>
        <w:t>1. stupeň: přátelská připomínka, obvykle 3 až 7 dní po splatnosti</w:t>
      </w:r>
    </w:p>
    <w:p>
      <w:r>
        <w:rPr>
          <w:b/>
          <w:sz w:val="22"/>
        </w:rPr>
        <w:t>Dodavatel (věřitel):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2"/>
        </w:rPr>
        <w:t>Odběratel (dlužník):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6"/>
        </w:rPr>
        <w:t>Věc: Připomínka splatnosti faktury č. ____________</w:t>
      </w:r>
    </w:p>
    <w:p>
      <w:r>
        <w:rPr>
          <w:b w:val="0"/>
          <w:sz w:val="22"/>
        </w:rPr>
        <w:t>Číslo faktury: ____________________</w:t>
      </w:r>
    </w:p>
    <w:p>
      <w:r>
        <w:rPr>
          <w:b w:val="0"/>
          <w:sz w:val="22"/>
        </w:rPr>
        <w:t>Datum vystavení: ____________  Datum splatnosti: ____________</w:t>
      </w:r>
    </w:p>
    <w:p>
      <w:r>
        <w:rPr>
          <w:b w:val="0"/>
          <w:sz w:val="22"/>
        </w:rPr>
        <w:t>Dlužná částka: ____________ Kč</w:t>
      </w:r>
    </w:p>
    <w:p>
      <w:r>
        <w:rPr>
          <w:b w:val="0"/>
          <w:sz w:val="22"/>
        </w:rPr>
        <w:t>Číslo účtu pro úhradu: ____________________  Variabilní symbol: 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Dobrý den,</w:t>
      </w:r>
    </w:p>
    <w:p>
      <w:r>
        <w:rPr>
          <w:b w:val="0"/>
          <w:sz w:val="22"/>
        </w:rPr>
        <w:t>dovolujeme si Vás upozornit, že výše uvedená faktura byla splatná dne ____________ a do dnešního dne neevidujeme její úhradu.</w:t>
      </w:r>
    </w:p>
    <w:p>
      <w:r>
        <w:rPr>
          <w:b w:val="0"/>
          <w:sz w:val="22"/>
        </w:rPr>
        <w:t>Pokud jste platbu již odeslali, považujte prosím tuto zprávu za bezpředmětnou a přijměte poděkování. V opačném případě Vás prosíme o úhradu dlužné částky na výše uvedený účet.</w:t>
      </w:r>
    </w:p>
    <w:p>
      <w:r>
        <w:rPr>
          <w:b w:val="0"/>
          <w:sz w:val="22"/>
        </w:rPr>
        <w:t>Fakturu pro jistotu znovu přikládáme. V případě jakýchkoli nejasností nebo potíží s platbou nás neváhejte kontaktovat, rádi se domluvíme na řešení.</w:t>
      </w:r>
    </w:p>
    <w:p>
      <w:r>
        <w:rPr>
          <w:b w:val="0"/>
          <w:sz w:val="22"/>
        </w:rPr>
        <w:t>Děkujeme a přejeme hezký den.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 ____________ dne ____________</w:t>
      </w:r>
    </w:p>
    <w:p>
      <w:r>
        <w:rPr>
          <w:b w:val="0"/>
          <w:sz w:val="22"/>
        </w:rPr>
        <w:t>_________________________</w:t>
      </w:r>
    </w:p>
    <w:p>
      <w:r>
        <w:rPr>
          <w:b w:val="0"/>
          <w:color w:val="666666"/>
          <w:sz w:val="20"/>
        </w:rPr>
        <w:t>podpis věřitele (dodavatele)</w:t>
      </w:r>
    </w:p>
    <w:p>
      <w:r>
        <w:rPr>
          <w:b w:val="0"/>
          <w:color w:val="666666"/>
          <w:sz w:val="18"/>
        </w:rPr>
        <w:t>Pozn.: První připomínku stačí poslat e-mailem. Přiložte kopii faktury a ideálně i QR kód platby, výrazně tím zvýšíte šanci na okamžitou úhradu.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