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DOHODA O UKONČENÍ SMLOUVY</w:t>
      </w:r>
    </w:p>
    <w:p>
      <w:pPr>
        <w:jc w:val="center"/>
      </w:pPr>
      <w:r>
        <w:rPr>
          <w:sz w:val="20"/>
        </w:rPr>
        <w:t>uzavřená podle § 1981 zákona č. 89/2012 Sb., občanský zákoník, ve znění pozdějších předpisů</w:t>
      </w:r>
    </w:p>
    <w:p>
      <w:pPr>
        <w:spacing w:before="240" w:after="80"/>
      </w:pPr>
      <w:r>
        <w:rPr>
          <w:b/>
          <w:sz w:val="26"/>
        </w:rPr>
        <w:t>I. Smluvní strany</w:t>
      </w:r>
    </w:p>
    <w:p>
      <w:pPr>
        <w:spacing w:after="120"/>
      </w:pPr>
      <w:r>
        <w:rPr>
          <w:b/>
        </w:rPr>
        <w:t>Smluvní strana 1: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 / bydliště: ____________________</w:t>
      </w:r>
    </w:p>
    <w:p>
      <w:pPr>
        <w:spacing w:after="120"/>
      </w:pPr>
      <w:r>
        <w:rPr>
          <w:b w:val="0"/>
        </w:rPr>
        <w:t>IČO / datum narození: ____________________</w:t>
      </w:r>
    </w:p>
    <w:p>
      <w:pPr>
        <w:spacing w:after="120"/>
      </w:pPr>
      <w:r>
        <w:rPr>
          <w:b/>
        </w:rPr>
        <w:t>Smluvní strana 2: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 / bydliště: ____________________</w:t>
      </w:r>
    </w:p>
    <w:p>
      <w:pPr>
        <w:spacing w:after="120"/>
      </w:pPr>
      <w:r>
        <w:rPr>
          <w:b w:val="0"/>
        </w:rPr>
        <w:t>IČO / datum narození: ____________________</w:t>
      </w:r>
    </w:p>
    <w:p>
      <w:pPr>
        <w:spacing w:before="240" w:after="80"/>
      </w:pPr>
      <w:r>
        <w:rPr>
          <w:b/>
          <w:sz w:val="26"/>
        </w:rPr>
        <w:t>II. Identifikace ukončované smlouvy</w:t>
      </w:r>
    </w:p>
    <w:p>
      <w:pPr>
        <w:spacing w:after="120"/>
      </w:pPr>
      <w:r>
        <w:rPr>
          <w:b w:val="0"/>
        </w:rPr>
        <w:t>Strany spolu dne ____________ uzavřely smlouvu: ____________________ (název, případně číslo smlouvy; dále jen „smlouva“).</w:t>
      </w:r>
    </w:p>
    <w:p>
      <w:pPr>
        <w:spacing w:before="240" w:after="80"/>
      </w:pPr>
      <w:r>
        <w:rPr>
          <w:b/>
          <w:sz w:val="26"/>
        </w:rPr>
        <w:t>III. Ukončení smlouvy</w:t>
      </w:r>
    </w:p>
    <w:p>
      <w:pPr>
        <w:spacing w:after="120"/>
      </w:pPr>
      <w:r>
        <w:rPr>
          <w:b w:val="0"/>
        </w:rPr>
        <w:t>1. Strany se v souladu s § 1981 občanského zákoníku dohodly, že smlouva a závazek z ní zanikají dnem ____________, nedohodnou-li se dále jinak.</w:t>
      </w:r>
    </w:p>
    <w:p>
      <w:pPr>
        <w:spacing w:after="120"/>
      </w:pPr>
      <w:r>
        <w:rPr>
          <w:b w:val="0"/>
        </w:rPr>
        <w:t>2. Zánikem závazku nejsou dotčena ujednání, která mají podle své povahy trvat i po skončení smlouvy, zejména ujednání o mlčenlivosti, o náhradě škody a o řešení sporů.</w:t>
      </w:r>
    </w:p>
    <w:p>
      <w:pPr>
        <w:spacing w:before="240" w:after="80"/>
      </w:pPr>
      <w:r>
        <w:rPr>
          <w:b/>
          <w:sz w:val="26"/>
        </w:rPr>
        <w:t>IV. Vypořádání</w:t>
      </w:r>
    </w:p>
    <w:p>
      <w:pPr>
        <w:spacing w:after="120"/>
      </w:pPr>
      <w:r>
        <w:rPr>
          <w:b w:val="0"/>
        </w:rPr>
        <w:t>1. Ke dni ukončení smlouvy strany evidují tato dosud nevypořádaná plnění: ____________________.</w:t>
      </w:r>
    </w:p>
    <w:p>
      <w:pPr>
        <w:spacing w:after="120"/>
      </w:pPr>
      <w:r>
        <w:rPr>
          <w:b w:val="0"/>
        </w:rPr>
        <w:t>2. Smluvní strana ____ uhradí smluvní straně ____ částku ____________ Kč do ____________ na účet č. ____________________.</w:t>
      </w:r>
    </w:p>
    <w:p>
      <w:pPr>
        <w:spacing w:after="120"/>
      </w:pPr>
      <w:r>
        <w:rPr>
          <w:b w:val="0"/>
        </w:rPr>
        <w:t>3. Strany si do ____________ vrátí, případně předají: ____________________ (podklady, svěřené věci, přístupy).</w:t>
      </w:r>
    </w:p>
    <w:p>
      <w:pPr>
        <w:spacing w:after="120"/>
      </w:pPr>
      <w:r>
        <w:rPr>
          <w:b w:val="0"/>
        </w:rPr>
        <w:t>4. Strany prohlašují, že po splnění povinností podle tohoto článku nebudou mít ze smlouvy vůči sobě žádné další nároky. Toto prohlášení se nevztahuje na nároky, které vzniknou v budoucnu z vad plnění poskytnutého před ukončením smlouvy.</w:t>
      </w:r>
    </w:p>
    <w:p>
      <w:pPr>
        <w:spacing w:before="240" w:after="80"/>
      </w:pPr>
      <w:r>
        <w:rPr>
          <w:b/>
          <w:sz w:val="26"/>
        </w:rPr>
        <w:t>V. Závěrečná ustanovení</w:t>
      </w:r>
    </w:p>
    <w:p>
      <w:pPr>
        <w:spacing w:after="120"/>
      </w:pPr>
      <w:r>
        <w:rPr>
          <w:b w:val="0"/>
        </w:rPr>
        <w:t>1. Dohoda nabývá platnosti a účinnosti dnem podpisu oběma stranami.</w:t>
      </w:r>
    </w:p>
    <w:p>
      <w:pPr>
        <w:spacing w:after="120"/>
      </w:pPr>
      <w:r>
        <w:rPr>
          <w:b w:val="0"/>
        </w:rPr>
        <w:t>2. Dohoda je vyhotovena ve dvou stejnopisech, z nichž každá strana obdrží po jednom.</w:t>
      </w:r>
    </w:p>
    <w:p>
      <w:pPr>
        <w:spacing w:after="120"/>
      </w:pPr>
      <w:r>
        <w:rPr>
          <w:b w:val="0"/>
        </w:rPr>
        <w:t>3. Strany prohlašují, že si dohodu přečetly, jejímu obsahu rozumí a na důkaz svobodné a vážné vůle připojují své podpisy.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V ____________ dne ____________</w:t>
            </w:r>
          </w:p>
        </w:tc>
        <w:tc>
          <w:tcPr>
            <w:tcW w:type="dxa" w:w="4873"/>
          </w:tcPr>
          <w:p>
            <w: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t>_________________________</w:t>
            </w:r>
          </w:p>
        </w:tc>
        <w:tc>
          <w:tcPr>
            <w:tcW w:type="dxa" w:w="4873"/>
          </w:tcPr>
          <w:p>
            <w: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t>smluvní strana 1</w:t>
            </w:r>
          </w:p>
        </w:tc>
        <w:tc>
          <w:tcPr>
            <w:tcW w:type="dxa" w:w="4873"/>
          </w:tcPr>
          <w:p>
            <w:r>
              <w:t>smluvní strana 2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