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sz w:val="22"/>
        </w:rPr>
        <w:t>Odesílatel (zákazník):</w:t>
      </w:r>
    </w:p>
    <w:p>
      <w:pPr>
        <w:spacing w:after="120"/>
      </w:pPr>
      <w:r>
        <w:rPr>
          <w:b w:val="0"/>
          <w:i w:val="0"/>
          <w:sz w:val="22"/>
        </w:rPr>
        <w:t>Jméno / název: ____________________</w:t>
      </w:r>
    </w:p>
    <w:p>
      <w:pPr>
        <w:spacing w:after="120"/>
      </w:pPr>
      <w:r>
        <w:rPr>
          <w:b w:val="0"/>
          <w:i w:val="0"/>
          <w:sz w:val="22"/>
        </w:rPr>
        <w:t>IČO (podnikáte-li): ____________________</w:t>
      </w:r>
    </w:p>
    <w:p>
      <w:pPr>
        <w:spacing w:after="120"/>
      </w:pPr>
      <w:r>
        <w:rPr>
          <w:b w:val="0"/>
          <w:i w:val="0"/>
          <w:sz w:val="22"/>
        </w:rPr>
        <w:t>Adresa: ____________________</w:t>
      </w:r>
    </w:p>
    <w:p>
      <w:pPr>
        <w:spacing w:after="120"/>
      </w:pPr>
      <w:r>
        <w:rPr>
          <w:b w:val="0"/>
          <w:i w:val="0"/>
          <w:sz w:val="22"/>
        </w:rPr>
        <w:t>Telefon / e-mail: ____________________</w:t>
      </w:r>
    </w:p>
    <w:p/>
    <w:p>
      <w:pPr>
        <w:spacing w:after="40"/>
      </w:pPr>
      <w:r>
        <w:rPr>
          <w:b/>
          <w:i w:val="0"/>
          <w:sz w:val="22"/>
        </w:rPr>
        <w:t>Adresát (dodavatel):</w:t>
      </w:r>
    </w:p>
    <w:p>
      <w:pPr>
        <w:spacing w:after="120"/>
      </w:pPr>
      <w:r>
        <w:rPr>
          <w:b w:val="0"/>
          <w:i w:val="0"/>
          <w:sz w:val="22"/>
        </w:rPr>
        <w:t>Název firmy: ____________________</w:t>
      </w:r>
    </w:p>
    <w:p>
      <w:pPr>
        <w:spacing w:after="120"/>
      </w:pPr>
      <w:r>
        <w:rPr>
          <w:b w:val="0"/>
          <w:i w:val="0"/>
          <w:sz w:val="22"/>
        </w:rPr>
        <w:t>IČO: ____________________</w:t>
      </w:r>
    </w:p>
    <w:p>
      <w:pPr>
        <w:spacing w:after="120"/>
      </w:pPr>
      <w:r>
        <w:rPr>
          <w:b w:val="0"/>
          <w:i w:val="0"/>
          <w:sz w:val="22"/>
        </w:rPr>
        <w:t>Sídlo: ____________________</w:t>
      </w:r>
    </w:p>
    <w:p/>
    <w:p>
      <w:pPr>
        <w:spacing w:after="120"/>
      </w:pPr>
      <w:r>
        <w:rPr>
          <w:b w:val="0"/>
          <w:i w:val="0"/>
          <w:sz w:val="22"/>
        </w:rPr>
        <w:t>V ____________________ dne ____________________</w:t>
      </w:r>
    </w:p>
    <w:p/>
    <w:p>
      <w:pPr>
        <w:spacing w:after="40"/>
        <w:jc w:val="center"/>
      </w:pPr>
      <w:r>
        <w:rPr>
          <w:b/>
          <w:i w:val="0"/>
          <w:sz w:val="36"/>
        </w:rPr>
        <w:t>STÍŽNOST NA POSKYTNUTOU SLUŽBU / DODANÉ ZBOŽÍ</w:t>
      </w:r>
    </w:p>
    <w:p>
      <w:pPr>
        <w:spacing w:after="200"/>
        <w:jc w:val="center"/>
      </w:pPr>
      <w:r>
        <w:rPr>
          <w:b w:val="0"/>
          <w:i w:val="0"/>
          <w:sz w:val="20"/>
        </w:rPr>
        <w:t>spojená s výzvou ke zjednání nápravy</w:t>
      </w:r>
    </w:p>
    <w:p>
      <w:pPr>
        <w:spacing w:after="80"/>
      </w:pPr>
      <w:r>
        <w:rPr>
          <w:b/>
          <w:i w:val="0"/>
          <w:sz w:val="26"/>
        </w:rPr>
        <w:t>I. Popis obchodního případu</w:t>
      </w:r>
    </w:p>
    <w:p>
      <w:pPr>
        <w:spacing w:after="120"/>
      </w:pPr>
      <w:r>
        <w:rPr>
          <w:b w:val="0"/>
          <w:i w:val="0"/>
          <w:sz w:val="22"/>
        </w:rPr>
        <w:t>Dne ____________________ jsem u vás objednal(a) / zakoupil(a) ____________________ na základě objednávky / smlouvy / faktury č. ____________________ ze dne ____________________.</w:t>
      </w:r>
    </w:p>
    <w:p>
      <w:pPr>
        <w:spacing w:after="80"/>
      </w:pPr>
      <w:r>
        <w:rPr>
          <w:b/>
          <w:i w:val="0"/>
          <w:sz w:val="26"/>
        </w:rPr>
        <w:t>II. Důvod stížnosti</w:t>
      </w:r>
    </w:p>
    <w:p>
      <w:pPr>
        <w:spacing w:after="120"/>
      </w:pPr>
      <w:r>
        <w:rPr>
          <w:b w:val="0"/>
          <w:i w:val="0"/>
          <w:sz w:val="22"/>
        </w:rPr>
        <w:t>Služba nebyla poskytnuta řádně / zboží vykazuje vady, konkrétně:</w:t>
      </w:r>
    </w:p>
    <w:p>
      <w:pPr>
        <w:spacing w:after="120"/>
      </w:pPr>
      <w:r>
        <w:rPr>
          <w:b w:val="0"/>
          <w:i w:val="0"/>
          <w:sz w:val="22"/>
        </w:rPr>
        <w:t>____________________________________________________________</w:t>
      </w:r>
    </w:p>
    <w:p>
      <w:pPr>
        <w:spacing w:after="120"/>
      </w:pPr>
      <w:r>
        <w:rPr>
          <w:b w:val="0"/>
          <w:i w:val="0"/>
          <w:sz w:val="22"/>
        </w:rPr>
        <w:t>____________________________________________________________</w:t>
      </w:r>
    </w:p>
    <w:p>
      <w:pPr>
        <w:spacing w:after="120"/>
      </w:pPr>
      <w:r>
        <w:rPr>
          <w:b w:val="0"/>
          <w:i w:val="0"/>
          <w:sz w:val="22"/>
        </w:rPr>
        <w:t>(Popište věcně: co bylo sjednáno, co bylo skutečně dodáno, kdy jste vadu zjistili a jak se projevuje.)</w:t>
      </w:r>
    </w:p>
    <w:p>
      <w:pPr>
        <w:spacing w:after="80"/>
      </w:pPr>
      <w:r>
        <w:rPr>
          <w:b/>
          <w:i w:val="0"/>
          <w:sz w:val="26"/>
        </w:rPr>
        <w:t>III. Čeho se domáhám</w:t>
      </w:r>
    </w:p>
    <w:p>
      <w:pPr>
        <w:spacing w:after="120"/>
      </w:pPr>
      <w:r>
        <w:rPr>
          <w:b w:val="0"/>
          <w:i w:val="0"/>
          <w:sz w:val="22"/>
        </w:rPr>
        <w:t>Žádám o odstranění vady / dodání chybějícího plnění / přiměřenou slevu z ceny ve výši ____________________ Kč / odstoupení od smlouvy a vrácení uhrazené částky (nehodící se škrtněte).</w:t>
      </w:r>
    </w:p>
    <w:p>
      <w:pPr>
        <w:spacing w:after="120"/>
      </w:pPr>
      <w:r>
        <w:rPr>
          <w:b w:val="0"/>
          <w:i w:val="0"/>
          <w:sz w:val="22"/>
        </w:rPr>
        <w:t>O vyřízení této stížnosti mě prosím vyrozumějte nejpozději do ____________________ dnů od jejího doručení. Nedojde-li k nápravě, jsem připraven(a) uplatnit svá práva z vadného plnění podle občanského zákoníku, případně se obrátit na příslušné orgány.</w:t>
      </w:r>
    </w:p>
    <w:p>
      <w:pPr>
        <w:spacing w:after="80"/>
      </w:pPr>
      <w:r>
        <w:rPr>
          <w:b/>
          <w:i w:val="0"/>
          <w:sz w:val="26"/>
        </w:rPr>
        <w:t>IV. Přílohy</w:t>
      </w:r>
    </w:p>
    <w:p>
      <w:pPr>
        <w:spacing w:after="120"/>
      </w:pPr>
      <w:r>
        <w:rPr>
          <w:b w:val="0"/>
          <w:i w:val="0"/>
          <w:sz w:val="22"/>
        </w:rPr>
        <w:t>1. Kopie faktury / objednávky / smlouvy</w:t>
      </w:r>
    </w:p>
    <w:p>
      <w:pPr>
        <w:spacing w:after="120"/>
      </w:pPr>
      <w:r>
        <w:rPr>
          <w:b w:val="0"/>
          <w:i w:val="0"/>
          <w:sz w:val="22"/>
        </w:rPr>
        <w:t>2. ____________________</w:t>
      </w:r>
    </w:p>
    <w:p/>
    <w:p/>
    <w:p>
      <w:pPr>
        <w:spacing w:after="120"/>
      </w:pPr>
      <w:r>
        <w:rPr>
          <w:b w:val="0"/>
          <w:i w:val="0"/>
          <w:sz w:val="22"/>
        </w:rPr>
        <w:t>____________________</w:t>
      </w:r>
    </w:p>
    <w:p>
      <w:pPr>
        <w:spacing w:after="120"/>
      </w:pPr>
      <w:r>
        <w:rPr>
          <w:b w:val="0"/>
          <w:i w:val="0"/>
          <w:sz w:val="22"/>
        </w:rPr>
        <w:t>podpis</w:t>
      </w:r>
    </w:p>
    <w:p/>
    <w:p>
      <w:pPr>
        <w:spacing w:after="80"/>
      </w:pPr>
      <w:r>
        <w:rPr>
          <w:b w:val="0"/>
          <w:i/>
          <w:sz w:val="18"/>
        </w:rPr>
        <w:t>Poznámka: Práva z vadného plnění upravuje zákon č. 89/2012 Sb., občanský zákoník (u koupě § 2099 a násl., u díla § 2615 a násl.). Vadu vytkněte bez zbytečného odkladu poté, co jste ji mohli zjistit. Doklad o doručení stížnosti si uschovejte.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