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6"/>
        </w:rPr>
        <w:t>SOUHLAS VLASTNÍKA NEMOVITOSTI S UMÍSTĚNÍM SÍDLA</w:t>
      </w:r>
    </w:p>
    <w:p>
      <w:pPr>
        <w:spacing w:after="160"/>
        <w:jc w:val="center"/>
      </w:pPr>
      <w:r>
        <w:rPr>
          <w:b w:val="0"/>
          <w:i w:val="0"/>
          <w:sz w:val="20"/>
        </w:rPr>
        <w:t>podle § 46 odst. 1 písm. f) zákona č. 455/1991 Sb., živnostenského zákona, a § 14 zákona č. 304/2013 Sb., o veřejných rejstřících</w:t>
      </w:r>
    </w:p>
    <w:p>
      <w:pPr>
        <w:spacing w:after="60"/>
      </w:pPr>
      <w:r>
        <w:rPr>
          <w:b/>
          <w:i w:val="0"/>
          <w:sz w:val="26"/>
        </w:rPr>
        <w:t>Vlastník nemovitosti</w:t>
      </w:r>
    </w:p>
    <w:p>
      <w:r>
        <w:rPr>
          <w:b w:val="0"/>
          <w:i w:val="0"/>
          <w:sz w:val="22"/>
        </w:rPr>
        <w:t>Jméno a příjmení: ____________________________________________</w:t>
      </w:r>
    </w:p>
    <w:p>
      <w:r>
        <w:rPr>
          <w:b w:val="0"/>
          <w:i w:val="0"/>
          <w:sz w:val="22"/>
        </w:rPr>
        <w:t>Datum narození: ____________________</w:t>
      </w:r>
    </w:p>
    <w:p>
      <w:pPr>
        <w:spacing w:after="160"/>
      </w:pPr>
      <w:r>
        <w:rPr>
          <w:b w:val="0"/>
          <w:i w:val="0"/>
          <w:sz w:val="22"/>
        </w:rPr>
        <w:t>Bydliště: ____________________________________________</w:t>
      </w:r>
    </w:p>
    <w:p>
      <w:pPr>
        <w:spacing w:after="60"/>
      </w:pPr>
      <w:r>
        <w:rPr>
          <w:b/>
          <w:i w:val="0"/>
          <w:sz w:val="26"/>
        </w:rPr>
        <w:t>Nemovitost</w:t>
      </w:r>
    </w:p>
    <w:p>
      <w:r>
        <w:rPr>
          <w:b w:val="0"/>
          <w:i w:val="0"/>
          <w:sz w:val="22"/>
        </w:rPr>
        <w:t>Adresa (ulice, číslo popisné / orientační, PSČ, obec): ____________________________________________</w:t>
      </w:r>
    </w:p>
    <w:p>
      <w:r>
        <w:rPr>
          <w:b w:val="0"/>
          <w:i w:val="0"/>
          <w:sz w:val="22"/>
        </w:rPr>
        <w:t>Pozemek parc. č. ____________, jehož součástí je stavba č. p. ____________ [nebo: jednotka č. ____________ v budově č. p. ____________]</w:t>
      </w:r>
    </w:p>
    <w:p>
      <w:pPr>
        <w:spacing w:after="160"/>
      </w:pPr>
      <w:r>
        <w:rPr>
          <w:b w:val="0"/>
          <w:i w:val="0"/>
          <w:sz w:val="22"/>
        </w:rPr>
        <w:t>Katastrální území: ____________________    List vlastnictví č.: ____________</w:t>
      </w:r>
    </w:p>
    <w:p>
      <w:pPr>
        <w:spacing w:after="60"/>
      </w:pPr>
      <w:r>
        <w:rPr>
          <w:b/>
          <w:i w:val="0"/>
          <w:sz w:val="26"/>
        </w:rPr>
        <w:t>Prohlášení a souhlas</w:t>
      </w:r>
    </w:p>
    <w:p>
      <w:r>
        <w:rPr>
          <w:b w:val="0"/>
          <w:i w:val="0"/>
          <w:sz w:val="22"/>
        </w:rPr>
        <w:t>Prohlašuji, že jsem výlučným vlastníkem výše uvedené nemovitosti zapsané v katastru nemovitostí vedeném Katastrálním úřadem pro ____________________, Katastrální pracoviště ____________________.</w:t>
      </w:r>
    </w:p>
    <w:p>
      <w:r>
        <w:rPr>
          <w:b w:val="0"/>
          <w:i w:val="0"/>
          <w:sz w:val="22"/>
        </w:rPr>
        <w:t>Souhlasím s tím, aby</w:t>
      </w:r>
    </w:p>
    <w:p>
      <w:r>
        <w:rPr>
          <w:b w:val="0"/>
          <w:i w:val="0"/>
          <w:sz w:val="22"/>
        </w:rPr>
        <w:t>jméno a příjmení / obchodní firma: ____________________________________________</w:t>
      </w:r>
    </w:p>
    <w:p>
      <w:r>
        <w:rPr>
          <w:b w:val="0"/>
          <w:i w:val="0"/>
          <w:sz w:val="22"/>
        </w:rPr>
        <w:t>datum narození / IČO: ____________________</w:t>
      </w:r>
    </w:p>
    <w:p>
      <w:r>
        <w:rPr>
          <w:b w:val="0"/>
          <w:i w:val="0"/>
          <w:sz w:val="22"/>
        </w:rPr>
        <w:t>bydliště / sídlo: ____________________________________________</w:t>
      </w:r>
    </w:p>
    <w:p>
      <w:r>
        <w:rPr>
          <w:b w:val="0"/>
          <w:i w:val="0"/>
          <w:sz w:val="22"/>
        </w:rPr>
        <w:t>(dále jen „podnikatel“) umístil své sídlo na adrese výše uvedené nemovitosti a aby tato adresa byla jako sídlo zapsána v živnostenském rejstříku, popřípadě v obchodním nebo jiném veřejném rejstříku.</w:t>
      </w:r>
    </w:p>
    <w:p>
      <w:r>
        <w:rPr>
          <w:b w:val="0"/>
          <w:i w:val="0"/>
          <w:sz w:val="22"/>
        </w:rPr>
        <w:t>Souhlas uděluji na dobu neurčitou. [Varianta: Souhlas uděluji do ____________________.] Souhlas mohu písemně odvolat; podnikatel se v takovém případě zavazuje bez zbytečného odkladu sídlo přemístit a změnu ohlásit příslušným úřadům.</w:t>
      </w:r>
    </w:p>
    <w:p>
      <w:pPr>
        <w:spacing w:after="160"/>
      </w:pPr>
      <w:r>
        <w:rPr>
          <w:b w:val="0"/>
          <w:i w:val="0"/>
          <w:sz w:val="22"/>
        </w:rPr>
        <w:t>Tento souhlas se týká pouze umístění sídla a nezakládá podnikateli právo nemovitost užívat k jinému účelu, není-li sjednáno jinak.</w:t>
      </w:r>
    </w:p>
    <w:p>
      <w:pPr>
        <w:spacing w:after="160"/>
      </w:pPr>
      <w:r>
        <w:rPr>
          <w:b w:val="0"/>
          <w:i w:val="0"/>
          <w:sz w:val="22"/>
        </w:rPr>
        <w:t>V ____________________ dne ____________________</w:t>
      </w:r>
    </w:p>
    <w:p/>
    <w:p>
      <w:pPr>
        <w:spacing w:after="0"/>
      </w:pPr>
      <w:r>
        <w:rPr>
          <w:b w:val="0"/>
          <w:i w:val="0"/>
          <w:sz w:val="22"/>
        </w:rPr>
        <w:t>_________________________</w:t>
      </w:r>
    </w:p>
    <w:p>
      <w:pPr>
        <w:spacing w:after="200"/>
      </w:pPr>
      <w:r>
        <w:rPr>
          <w:b w:val="0"/>
          <w:i w:val="0"/>
          <w:sz w:val="20"/>
        </w:rPr>
        <w:t>vlastník nemovitosti (úředně ověřený podpis)</w:t>
      </w:r>
    </w:p>
    <w:p>
      <w:r>
        <w:rPr>
          <w:b w:val="0"/>
          <w:i/>
          <w:sz w:val="18"/>
        </w:rPr>
        <w:t>Poznámka: pro ohlášení živnosti stačí prostý podpis vlastníka (§ 46 odst. 1 písm. f) živnostenského zákona). Pro zápis sídla s.r.o. nebo jiné právnické osoby do veřejného rejstříku musí být podpis úředně ověřen a prohlášení nesmí být starší než 3 měsíce (§ 14 odst. 2 zákona č. 304/2013 Sb.). Je-li nemovitost ve společném jmění manželů nebo v podílovém spoluvlastnictví, použijte variantu pro více vlastníků.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