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RÁMCOVÁ SMLOUVA O SPOLUPRÁCI</w:t>
      </w:r>
    </w:p>
    <w:p>
      <w:pPr>
        <w:jc w:val="center"/>
      </w:pPr>
      <w:r>
        <w:rPr>
          <w:sz w:val="20"/>
        </w:rPr>
        <w:t>uzavřená podle § 1746 odst. 2 zákona č. 89/2012 Sb., občanský zákoník, ve znění pozdějších předpisů</w:t>
      </w:r>
    </w:p>
    <w:p>
      <w:pPr>
        <w:spacing w:before="240" w:after="80"/>
      </w:pPr>
      <w:r>
        <w:rPr>
          <w:b/>
          <w:sz w:val="26"/>
        </w:rPr>
        <w:t>I. Smluvní strany</w:t>
      </w:r>
    </w:p>
    <w:p>
      <w:pPr>
        <w:spacing w:after="120"/>
      </w:pPr>
      <w:r>
        <w:rPr>
          <w:b/>
        </w:rPr>
        <w:t>Objednatel: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Sídlo: ____________________</w:t>
      </w:r>
    </w:p>
    <w:p>
      <w:pPr>
        <w:spacing w:after="120"/>
      </w:pPr>
      <w:r>
        <w:rPr>
          <w:b w:val="0"/>
        </w:rPr>
        <w:t>IČO: ____________________</w:t>
      </w:r>
    </w:p>
    <w:p>
      <w:pPr>
        <w:spacing w:after="120"/>
      </w:pPr>
      <w:r>
        <w:rPr>
          <w:b w:val="0"/>
          <w:sz w:val="20"/>
        </w:rPr>
        <w:t>(dále jen „objednatel“)</w:t>
      </w:r>
    </w:p>
    <w:p>
      <w:pPr>
        <w:spacing w:after="120"/>
      </w:pPr>
      <w:r>
        <w:rPr>
          <w:b/>
        </w:rPr>
        <w:t>Poskytovatel: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 / místo podnikání: ____________________</w:t>
      </w:r>
    </w:p>
    <w:p>
      <w:pPr>
        <w:spacing w:after="120"/>
      </w:pPr>
      <w:r>
        <w:rPr>
          <w:b w:val="0"/>
        </w:rPr>
        <w:t>IČO: ____________________</w:t>
      </w:r>
    </w:p>
    <w:p>
      <w:pPr>
        <w:spacing w:after="120"/>
      </w:pPr>
      <w:r>
        <w:rPr>
          <w:b w:val="0"/>
          <w:sz w:val="20"/>
        </w:rPr>
        <w:t>(dále jen „poskytovatel“)</w:t>
      </w:r>
    </w:p>
    <w:p>
      <w:pPr>
        <w:spacing w:before="240" w:after="80"/>
      </w:pPr>
      <w:r>
        <w:rPr>
          <w:b/>
          <w:sz w:val="26"/>
        </w:rPr>
        <w:t>II. Předmět smlouvy</w:t>
      </w:r>
    </w:p>
    <w:p>
      <w:pPr>
        <w:spacing w:after="120"/>
      </w:pPr>
      <w:r>
        <w:rPr>
          <w:b w:val="0"/>
        </w:rPr>
        <w:t>1. Tato smlouva upravuje rámcové podmínky spolupráce stran při poskytování těchto služeb / plnění: ____________________.</w:t>
      </w:r>
    </w:p>
    <w:p>
      <w:pPr>
        <w:spacing w:after="120"/>
      </w:pPr>
      <w:r>
        <w:rPr>
          <w:b w:val="0"/>
        </w:rPr>
        <w:t>2. Jednotlivá plnění budou sjednávána dílčími objednávkami podle článku III. Tato smlouva sama o sobě nezavazuje objednatele k odběru plnění ani poskytovatele k jeho poskytnutí, není-li dále ujednáno jinak.</w:t>
      </w:r>
    </w:p>
    <w:p>
      <w:pPr>
        <w:spacing w:before="240" w:after="80"/>
      </w:pPr>
      <w:r>
        <w:rPr>
          <w:b/>
          <w:sz w:val="26"/>
        </w:rPr>
        <w:t>III. Objednávky</w:t>
      </w:r>
    </w:p>
    <w:p>
      <w:pPr>
        <w:spacing w:after="120"/>
      </w:pPr>
      <w:r>
        <w:rPr>
          <w:b w:val="0"/>
        </w:rPr>
        <w:t>1. Objednatel objednává plnění písemně, e-mailem na adresu ____________________, případně jiným ujednaným způsobem. Objednávka obsahuje popis plnění, rozsah, termín a případné odchylky od cen dle článku IV.</w:t>
      </w:r>
    </w:p>
    <w:p>
      <w:pPr>
        <w:spacing w:after="120"/>
      </w:pPr>
      <w:r>
        <w:rPr>
          <w:b w:val="0"/>
        </w:rPr>
        <w:t>2. Objednávka je závazná okamžikem, kdy ji poskytovatel písemně potvrdí. Poskytovatel potvrdí nebo odmítne objednávku do ____ pracovních dnů.</w:t>
      </w:r>
    </w:p>
    <w:p>
      <w:pPr>
        <w:spacing w:after="120"/>
      </w:pPr>
      <w:r>
        <w:rPr>
          <w:b w:val="0"/>
        </w:rPr>
        <w:t>3. Na dílčí plnění se použijí podmínky této rámcové smlouvy, nedohodnou-li se strany v objednávce jinak.</w:t>
      </w:r>
    </w:p>
    <w:p>
      <w:pPr>
        <w:spacing w:before="240" w:after="80"/>
      </w:pPr>
      <w:r>
        <w:rPr>
          <w:b/>
          <w:sz w:val="26"/>
        </w:rPr>
        <w:t>IV. Cena a platební podmínky</w:t>
      </w:r>
    </w:p>
    <w:p>
      <w:pPr>
        <w:spacing w:after="120"/>
      </w:pPr>
      <w:r>
        <w:rPr>
          <w:b w:val="0"/>
        </w:rPr>
        <w:t>1. Cena plnění se sjednává takto: ____________ Kč za hodinu / ____________ Kč za ____________________ (nehodící se škrtněte, případně doplňte ceník v příloze č. 1).</w:t>
      </w:r>
    </w:p>
    <w:p>
      <w:pPr>
        <w:spacing w:after="120"/>
      </w:pPr>
      <w:r>
        <w:rPr>
          <w:b w:val="0"/>
        </w:rPr>
        <w:t>2. Poskytovatel není / je plátce DPH (nehodící se škrtněte). Je-li plátce, připočte k ceně DPH v zákonné výši.</w:t>
      </w:r>
    </w:p>
    <w:p>
      <w:pPr>
        <w:spacing w:after="120"/>
      </w:pPr>
      <w:r>
        <w:rPr>
          <w:b w:val="0"/>
        </w:rPr>
        <w:t>3. Cena je splatná na základě faktury poskytovatele se splatností ____ dnů, vystavené po předání plnění, případně měsíčně zpětně za plnění poskytnutá v daném měsíci.</w:t>
      </w:r>
    </w:p>
    <w:p>
      <w:pPr>
        <w:spacing w:before="240" w:after="80"/>
      </w:pPr>
      <w:r>
        <w:rPr>
          <w:b/>
          <w:sz w:val="26"/>
        </w:rPr>
        <w:t>V. Mlčenlivost</w:t>
      </w:r>
    </w:p>
    <w:p>
      <w:pPr>
        <w:spacing w:after="120"/>
      </w:pPr>
      <w:r>
        <w:rPr>
          <w:b w:val="0"/>
        </w:rPr>
        <w:t>1. Strany se zavazují zachovávat mlčenlivost o důvěrných informacích druhé strany, se kterými se při spolupráci seznámí, a nevyužít je pro sebe ani pro třetí osobu. Povinnost mlčenlivosti trvá i po skončení této smlouvy, a to po dobu ____ let.</w:t>
      </w:r>
    </w:p>
    <w:p>
      <w:pPr>
        <w:spacing w:after="120"/>
      </w:pPr>
      <w:r>
        <w:rPr>
          <w:b w:val="0"/>
        </w:rPr>
        <w:t>2. Podrobnější úpravu mlčenlivosti mohou strany sjednat samostatnou dohodou o mlčenlivosti, která má v rozsahu překryvu přednost.</w:t>
      </w:r>
    </w:p>
    <w:p>
      <w:pPr>
        <w:spacing w:before="240" w:after="80"/>
      </w:pPr>
      <w:r>
        <w:rPr>
          <w:b/>
          <w:sz w:val="26"/>
        </w:rPr>
        <w:t>VI. Trvání a ukončení smlouvy</w:t>
      </w:r>
    </w:p>
    <w:p>
      <w:pPr>
        <w:spacing w:after="120"/>
      </w:pPr>
      <w:r>
        <w:rPr>
          <w:b w:val="0"/>
        </w:rPr>
        <w:t>1. Smlouva se uzavírá na dobu neurčitou.</w:t>
      </w:r>
    </w:p>
    <w:p>
      <w:pPr>
        <w:spacing w:after="120"/>
      </w:pPr>
      <w:r>
        <w:rPr>
          <w:b w:val="0"/>
        </w:rPr>
        <w:t>2. Každá strana může smlouvu vypovědět i bez uvedení důvodu s výpovědní dobou ____ měsíce, která běží od prvního dne měsíce následujícího po doručení výpovědi druhé straně. Výpověď se nedotýká dílčích objednávek potvrzených před jejím doručením, nedohodnou-li se strany jinak.</w:t>
      </w:r>
    </w:p>
    <w:p>
      <w:pPr>
        <w:spacing w:after="120"/>
      </w:pPr>
      <w:r>
        <w:rPr>
          <w:b w:val="0"/>
        </w:rPr>
        <w:t>3. Strany mohou smlouvu kdykoli ukončit písemnou dohodou.</w:t>
      </w:r>
    </w:p>
    <w:p>
      <w:pPr>
        <w:spacing w:before="240" w:after="80"/>
      </w:pPr>
      <w:r>
        <w:rPr>
          <w:b/>
          <w:sz w:val="26"/>
        </w:rPr>
        <w:t>VII. Závěrečná ustanovení</w:t>
      </w:r>
    </w:p>
    <w:p>
      <w:pPr>
        <w:spacing w:after="120"/>
      </w:pPr>
      <w:r>
        <w:rPr>
          <w:b w:val="0"/>
        </w:rPr>
        <w:t>1. Poskytovatel poskytuje plnění jako samostatný podnikatel vlastním jménem a na vlastní odpovědnost, vlastními prostředky, není podřízen pokynům objednatele co do pracovní doby a místa výkonu a tato smlouva nezakládá pracovněprávní vztah.</w:t>
      </w:r>
    </w:p>
    <w:p>
      <w:pPr>
        <w:spacing w:after="120"/>
      </w:pPr>
      <w:r>
        <w:rPr>
          <w:b w:val="0"/>
        </w:rPr>
        <w:t>2. Práva a povinnosti výslovně neupravené se řídí občanským zákoníkem.</w:t>
      </w:r>
    </w:p>
    <w:p>
      <w:pPr>
        <w:spacing w:after="120"/>
      </w:pPr>
      <w:r>
        <w:rPr>
          <w:b w:val="0"/>
        </w:rPr>
        <w:t>3. Smlouvu lze měnit pouze písemnými, vzestupně číslovanými dodatky. Je vyhotovena ve dvou stejnopisech, z nichž každá strana obdrží po jednom.</w:t>
      </w:r>
    </w:p>
    <w:p>
      <w:pPr>
        <w:spacing w:after="120"/>
      </w:pPr>
      <w:r>
        <w:rPr>
          <w:b w:val="0"/>
        </w:rPr>
        <w:t>4. Strany prohlašují, že si smlouvu přečetly, jejímu obsahu rozumí a na důkaz svobodné a vážné vůle připojují své podpisy.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V ____________ dne ____________</w:t>
            </w:r>
          </w:p>
        </w:tc>
        <w:tc>
          <w:tcPr>
            <w:tcW w:type="dxa" w:w="4873"/>
          </w:tcPr>
          <w:p>
            <w: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t>_________________________</w:t>
            </w:r>
          </w:p>
        </w:tc>
        <w:tc>
          <w:tcPr>
            <w:tcW w:type="dxa" w:w="4873"/>
          </w:tcPr>
          <w:p>
            <w: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t>objednatel</w:t>
            </w:r>
          </w:p>
        </w:tc>
        <w:tc>
          <w:tcPr>
            <w:tcW w:type="dxa" w:w="4873"/>
          </w:tcPr>
          <w:p>
            <w:r>
              <w:t>poskytovatel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