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6"/>
        </w:rPr>
        <w:t>SMLOUVA O DÍLO</w:t>
      </w:r>
    </w:p>
    <w:p>
      <w:pPr>
        <w:spacing w:after="320"/>
        <w:jc w:val="center"/>
      </w:pPr>
      <w:r>
        <w:rPr>
          <w:b w:val="0"/>
          <w:color w:val="666666"/>
          <w:sz w:val="20"/>
        </w:rPr>
        <w:t>uzavřená podle § 2586 a násl.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40"/>
      </w:pPr>
      <w:r>
        <w:rPr>
          <w:b/>
          <w:sz w:val="22"/>
        </w:rPr>
        <w:t>Objednatel:</w:t>
      </w:r>
    </w:p>
    <w:p>
      <w:pPr>
        <w:spacing w:after="40"/>
      </w:pPr>
      <w:r>
        <w:rPr>
          <w:b w:val="0"/>
          <w:sz w:val="22"/>
        </w:rPr>
        <w:t>Jméno / název: ____________________</w:t>
      </w:r>
    </w:p>
    <w:p>
      <w:pPr>
        <w:spacing w:after="40"/>
      </w:pPr>
      <w:r>
        <w:rPr>
          <w:b w:val="0"/>
          <w:sz w:val="22"/>
        </w:rPr>
        <w:t>Sídlo / bydliště: ____________________</w:t>
      </w:r>
    </w:p>
    <w:p>
      <w:pPr>
        <w:spacing w:after="40"/>
      </w:pPr>
      <w:r>
        <w:rPr>
          <w:b w:val="0"/>
          <w:sz w:val="22"/>
        </w:rPr>
        <w:t>IČO / datum narození: ____________________</w:t>
      </w:r>
    </w:p>
    <w:p>
      <w:pPr>
        <w:spacing w:after="40"/>
      </w:pPr>
      <w:r>
        <w:rPr>
          <w:b w:val="0"/>
          <w:sz w:val="22"/>
        </w:rPr>
        <w:t>Zastoupený: ____________________</w:t>
      </w:r>
    </w:p>
    <w:p>
      <w:pPr>
        <w:spacing w:after="160"/>
      </w:pPr>
      <w:r>
        <w:rPr>
          <w:b w:val="0"/>
          <w:color w:val="666666"/>
          <w:sz w:val="20"/>
        </w:rPr>
        <w:t>(dále jen „objednatel“)</w:t>
      </w:r>
    </w:p>
    <w:p>
      <w:pPr>
        <w:spacing w:after="40"/>
      </w:pPr>
      <w:r>
        <w:rPr>
          <w:b/>
          <w:sz w:val="22"/>
        </w:rPr>
        <w:t>Zhotovitel:</w:t>
      </w:r>
    </w:p>
    <w:p>
      <w:pPr>
        <w:spacing w:after="40"/>
      </w:pPr>
      <w:r>
        <w:rPr>
          <w:b w:val="0"/>
          <w:sz w:val="22"/>
        </w:rPr>
        <w:t>Jméno / název: ____________________</w:t>
      </w:r>
    </w:p>
    <w:p>
      <w:pPr>
        <w:spacing w:after="40"/>
      </w:pPr>
      <w:r>
        <w:rPr>
          <w:b w:val="0"/>
          <w:sz w:val="22"/>
        </w:rPr>
        <w:t>Sídlo / místo podnikání: ____________________</w:t>
      </w:r>
    </w:p>
    <w:p>
      <w:pPr>
        <w:spacing w:after="40"/>
      </w:pPr>
      <w:r>
        <w:rPr>
          <w:b w:val="0"/>
          <w:sz w:val="22"/>
        </w:rPr>
        <w:t>IČO: ____________________</w:t>
      </w:r>
    </w:p>
    <w:p>
      <w:pPr>
        <w:spacing w:after="40"/>
      </w:pPr>
      <w:r>
        <w:rPr>
          <w:b w:val="0"/>
          <w:sz w:val="22"/>
        </w:rPr>
        <w:t>Zapsaný v: ____________________</w:t>
      </w:r>
    </w:p>
    <w:p>
      <w:pPr>
        <w:spacing w:after="160"/>
      </w:pPr>
      <w:r>
        <w:rPr>
          <w:b w:val="0"/>
          <w:color w:val="666666"/>
          <w:sz w:val="20"/>
        </w:rPr>
        <w:t>(dále jen „zhotovitel“)</w:t>
      </w:r>
    </w:p>
    <w:p>
      <w:pPr>
        <w:spacing w:before="240" w:after="80"/>
      </w:pPr>
      <w:r>
        <w:rPr>
          <w:b/>
          <w:sz w:val="26"/>
        </w:rPr>
        <w:t>II. Předmět díla</w:t>
      </w:r>
    </w:p>
    <w:p>
      <w:pPr>
        <w:spacing w:after="120"/>
      </w:pPr>
      <w:r>
        <w:rPr>
          <w:b w:val="0"/>
          <w:sz w:val="22"/>
        </w:rPr>
        <w:t>1. Zhotovitel se touto smlouvou zavazuje provést na svůj náklad a nebezpečí pro objednatele následující dílo: ________________________________________________________________________ (dále jen „dílo“).</w:t>
      </w:r>
    </w:p>
    <w:p>
      <w:pPr>
        <w:spacing w:after="120"/>
      </w:pPr>
      <w:r>
        <w:rPr>
          <w:b w:val="0"/>
          <w:sz w:val="22"/>
        </w:rPr>
        <w:t>2. Objednatel se zavazuje dílo převzít a zaplatit za něj sjednanou cenu.</w:t>
      </w:r>
    </w:p>
    <w:p>
      <w:pPr>
        <w:spacing w:after="120"/>
      </w:pPr>
      <w:r>
        <w:rPr>
          <w:b w:val="0"/>
          <w:sz w:val="22"/>
        </w:rPr>
        <w:t>3. Bližší specifikace díla, rozsahu prací a použitých materiálů je uvedena v příloze č. 1, která je nedílnou součástí této smlouvy.</w:t>
      </w:r>
    </w:p>
    <w:p>
      <w:pPr>
        <w:spacing w:before="240" w:after="80"/>
      </w:pPr>
      <w:r>
        <w:rPr>
          <w:b/>
          <w:sz w:val="26"/>
        </w:rPr>
        <w:t>III. Cena díla</w:t>
      </w:r>
    </w:p>
    <w:p>
      <w:pPr>
        <w:spacing w:after="120"/>
      </w:pPr>
      <w:r>
        <w:rPr>
          <w:b w:val="0"/>
          <w:sz w:val="22"/>
        </w:rPr>
        <w:t>1. Cena díla je sjednána dohodou smluvních stran a činí ____________ Kč.</w:t>
      </w:r>
    </w:p>
    <w:p>
      <w:pPr>
        <w:spacing w:after="120"/>
      </w:pPr>
      <w:r>
        <w:rPr>
          <w:b w:val="0"/>
          <w:sz w:val="22"/>
        </w:rPr>
        <w:t>2. Zhotovitel není / je plátce DPH (nehodící se škrtněte). Je-li zhotovitel plátce DPH, bude k ceně připočtena DPH v zákonné výši.</w:t>
      </w:r>
    </w:p>
    <w:p>
      <w:pPr>
        <w:spacing w:after="120"/>
      </w:pPr>
      <w:r>
        <w:rPr>
          <w:b w:val="0"/>
          <w:sz w:val="22"/>
        </w:rPr>
        <w:t>3. Cena zahrnuje veškeré náklady zhotovitele spojené s provedením díla. Práce nad sjednaný rozsah (vícepráce) budou provedeny pouze na základě předchozí písemné dohody smluvních stran o jejich rozsahu a ceně.</w:t>
      </w:r>
    </w:p>
    <w:p>
      <w:pPr>
        <w:spacing w:after="120"/>
      </w:pPr>
      <w:r>
        <w:rPr>
          <w:b w:val="0"/>
          <w:sz w:val="22"/>
        </w:rPr>
        <w:t>4. Cena je splatná do ____ dnů od předání díla, na základě faktury vystavené zhotovitelem, převodem na účet č. ____________________.</w:t>
      </w:r>
    </w:p>
    <w:p>
      <w:pPr>
        <w:spacing w:before="240" w:after="80"/>
      </w:pPr>
      <w:r>
        <w:rPr>
          <w:b/>
          <w:sz w:val="26"/>
        </w:rPr>
        <w:t>IV. Termín a místo provedení díla</w:t>
      </w:r>
    </w:p>
    <w:p>
      <w:pPr>
        <w:spacing w:after="120"/>
      </w:pPr>
      <w:r>
        <w:rPr>
          <w:b w:val="0"/>
          <w:sz w:val="22"/>
        </w:rPr>
        <w:t>1. Zhotovitel se zavazuje dílo provést a předat objednateli nejpozději do ____________________.</w:t>
      </w:r>
    </w:p>
    <w:p>
      <w:pPr>
        <w:spacing w:after="120"/>
      </w:pPr>
      <w:r>
        <w:rPr>
          <w:b w:val="0"/>
          <w:sz w:val="22"/>
        </w:rPr>
        <w:t>2. Místem provedení díla je: ____________________.</w:t>
      </w:r>
    </w:p>
    <w:p>
      <w:pPr>
        <w:spacing w:after="120"/>
      </w:pPr>
      <w:r>
        <w:rPr>
          <w:b w:val="0"/>
          <w:sz w:val="22"/>
        </w:rPr>
        <w:t>3. Objednatel se zavazuje poskytnout zhotoviteli součinnost nezbytnou k provedení díla, zejména ________________________________________. Po dobu prodlení objednatele s poskytnutím součinnosti není zhotovitel v prodlení.</w:t>
      </w:r>
    </w:p>
    <w:p>
      <w:pPr>
        <w:spacing w:before="240" w:after="80"/>
      </w:pPr>
      <w:r>
        <w:rPr>
          <w:b/>
          <w:sz w:val="26"/>
        </w:rPr>
        <w:t>V. Předání a převzetí díla</w:t>
      </w:r>
    </w:p>
    <w:p>
      <w:pPr>
        <w:spacing w:after="120"/>
      </w:pPr>
      <w:r>
        <w:rPr>
          <w:b w:val="0"/>
          <w:sz w:val="22"/>
        </w:rPr>
        <w:t>1. Dílo je provedeno, je-li dokončeno a předáno. O předání a převzetí díla sepíší smluvní strany předávací protokol.</w:t>
      </w:r>
    </w:p>
    <w:p>
      <w:pPr>
        <w:spacing w:after="120"/>
      </w:pPr>
      <w:r>
        <w:rPr>
          <w:b w:val="0"/>
          <w:sz w:val="22"/>
        </w:rPr>
        <w:t>2. Objednatel převezme dokončené dílo s výhradami, nebo bez výhrad. Převezme-li dílo bez výhrad, nepřizná mu soud právo ze zjevné vady díla, namítne-li zhotovitel, že právo nebylo uplatněno při předání (§ 2605 občanského zákoníku).</w:t>
      </w:r>
    </w:p>
    <w:p>
      <w:pPr>
        <w:spacing w:after="120"/>
      </w:pPr>
      <w:r>
        <w:rPr>
          <w:b w:val="0"/>
          <w:sz w:val="22"/>
        </w:rPr>
        <w:t>3. Drobné vady a nedodělky, které samy o sobě ani ve spojení s jinými nebrání užívání díla, nejsou důvodem k odmítnutí převzetí díla.</w:t>
      </w:r>
    </w:p>
    <w:p>
      <w:pPr>
        <w:spacing w:before="240" w:after="80"/>
      </w:pPr>
      <w:r>
        <w:rPr>
          <w:b/>
          <w:sz w:val="26"/>
        </w:rPr>
        <w:t>VI. Záruka za jakost a práva z vadného plnění</w:t>
      </w:r>
    </w:p>
    <w:p>
      <w:pPr>
        <w:spacing w:after="120"/>
      </w:pPr>
      <w:r>
        <w:rPr>
          <w:b w:val="0"/>
          <w:sz w:val="22"/>
        </w:rPr>
        <w:t>1. Zhotovitel poskytuje na dílo záruku za jakost v délce ____ měsíců od předání díla.</w:t>
      </w:r>
    </w:p>
    <w:p>
      <w:pPr>
        <w:spacing w:after="120"/>
      </w:pPr>
      <w:r>
        <w:rPr>
          <w:b w:val="0"/>
          <w:sz w:val="22"/>
        </w:rPr>
        <w:t>2. Vady díla je objednatel povinen oznámit zhotoviteli bez zbytečného odkladu poté, co je mohl při dostatečné péči zjistit.</w:t>
      </w:r>
    </w:p>
    <w:p>
      <w:pPr>
        <w:spacing w:after="120"/>
      </w:pPr>
      <w:r>
        <w:rPr>
          <w:b w:val="0"/>
          <w:sz w:val="22"/>
        </w:rPr>
        <w:t>3. Zhotovitel odstraní oprávněně reklamované vady v přiměřené lhůtě, nejpozději do ____ dnů od oznámení vady, nedohodnou-li se smluvní strany jinak.</w:t>
      </w:r>
    </w:p>
    <w:p>
      <w:pPr>
        <w:spacing w:before="240" w:after="80"/>
      </w:pPr>
      <w:r>
        <w:rPr>
          <w:b/>
          <w:sz w:val="26"/>
        </w:rPr>
        <w:t>VII. Odstoupení od smlouvy a sankce</w:t>
      </w:r>
    </w:p>
    <w:p>
      <w:pPr>
        <w:spacing w:after="120"/>
      </w:pPr>
      <w:r>
        <w:rPr>
          <w:b w:val="0"/>
          <w:sz w:val="22"/>
        </w:rPr>
        <w:t>1. Objednatel je oprávněn od smlouvy odstoupit, je-li zhotovitel v prodlení s provedením díla delším než ____ dnů a nezjedná nápravu ani v dodatečné přiměřené lhůtě poskytnuté mu objednatelem.</w:t>
      </w:r>
    </w:p>
    <w:p>
      <w:pPr>
        <w:spacing w:after="120"/>
      </w:pPr>
      <w:r>
        <w:rPr>
          <w:b w:val="0"/>
          <w:sz w:val="22"/>
        </w:rPr>
        <w:t>2. Zhotovitel je oprávněn od smlouvy odstoupit, je-li objednatel v prodlení s úhradou ceny díla nebo její části delším než ____ dnů.</w:t>
      </w:r>
    </w:p>
    <w:p>
      <w:pPr>
        <w:spacing w:after="120"/>
      </w:pPr>
      <w:r>
        <w:rPr>
          <w:b w:val="0"/>
          <w:sz w:val="22"/>
        </w:rPr>
        <w:t>3. Pro případ prodlení zhotovitele s předáním díla se sjednává smluvní pokuta ve výši ____ Kč za každý započatý den prodlení. Pro případ prodlení objednatele s úhradou ceny se sjednává úrok z prodlení v zákonné výši.</w:t>
      </w:r>
    </w:p>
    <w:p>
      <w:pPr>
        <w:spacing w:before="240" w:after="80"/>
      </w:pPr>
      <w:r>
        <w:rPr>
          <w:b/>
          <w:sz w:val="26"/>
        </w:rPr>
        <w:t>VIII. Závěrečná ustanovení</w:t>
      </w:r>
    </w:p>
    <w:p>
      <w:pPr>
        <w:spacing w:after="120"/>
      </w:pPr>
      <w:r>
        <w:rPr>
          <w:b w:val="0"/>
          <w:sz w:val="22"/>
        </w:rPr>
        <w:t>1. Tato smlouva nabývá platnosti a účinnosti dnem jejího podpisu oběma smluvními stranami.</w:t>
      </w:r>
    </w:p>
    <w:p>
      <w:pPr>
        <w:spacing w:after="120"/>
      </w:pPr>
      <w:r>
        <w:rPr>
          <w:b w:val="0"/>
          <w:sz w:val="22"/>
        </w:rPr>
        <w:t>2. Změny a doplňky této smlouvy lze činit pouze písemnými, vzestupně číslovanými dodatky podepsanými oběma smluvními stranami.</w:t>
      </w:r>
    </w:p>
    <w:p>
      <w:pPr>
        <w:spacing w:after="120"/>
      </w:pPr>
      <w:r>
        <w:rPr>
          <w:b w:val="0"/>
          <w:sz w:val="22"/>
        </w:rPr>
        <w:t>3. Práva a povinnosti touto smlouvou výslovně neupravené se řídí občanským zákoníkem, zejména ustanoveními § 2586 a násl.</w:t>
      </w:r>
    </w:p>
    <w:p>
      <w:pPr>
        <w:spacing w:after="120"/>
      </w:pPr>
      <w:r>
        <w:rPr>
          <w:b w:val="0"/>
          <w:sz w:val="22"/>
        </w:rPr>
        <w:t>4. Smlouva je vyhotovena ve dvou stejnopisech, z nichž každá smluvní strana obdrží po jednom.</w:t>
      </w:r>
    </w:p>
    <w:p>
      <w:pPr>
        <w:spacing w:after="120"/>
      </w:pPr>
      <w:r>
        <w:rPr>
          <w:b w:val="0"/>
          <w:sz w:val="22"/>
        </w:rPr>
        <w:t>5. Smluvní strany prohlašují, že si smlouvu přečetly, jejímu obsahu rozumí a na důkaz svobodné a vážné vůle připojují své podpisy.</w:t>
      </w:r>
    </w:p>
    <w:p>
      <w:pPr>
        <w:spacing w:after="36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sz w:val="20"/>
              </w:rPr>
              <w:t>V ____________ dne ____________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pPr>
              <w:spacing w:before="800"/>
            </w:pPr>
            <w:r>
              <w:rPr>
                <w:sz w:val="20"/>
              </w:rPr>
              <w:t>_________________________</w:t>
            </w:r>
          </w:p>
        </w:tc>
        <w:tc>
          <w:tcPr>
            <w:tcW w:type="dxa" w:w="4873"/>
          </w:tcPr>
          <w:p>
            <w:pPr>
              <w:spacing w:before="800"/>
            </w:pPr>
            <w:r>
              <w:rPr>
                <w:sz w:val="20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0"/>
              </w:rPr>
              <w:t>objednatel</w:t>
            </w:r>
          </w:p>
        </w:tc>
        <w:tc>
          <w:tcPr>
            <w:tcW w:type="dxa" w:w="4873"/>
          </w:tcPr>
          <w:p>
            <w:r>
              <w:rPr>
                <w:sz w:val="20"/>
              </w:rPr>
              <w:t>zhotovitel</w:t>
            </w:r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