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REKLAMAČNÍ PROTOKOL</w:t>
      </w:r>
    </w:p>
    <w:p>
      <w:pPr>
        <w:jc w:val="center"/>
      </w:pPr>
      <w:r>
        <w:rPr>
          <w:sz w:val="20"/>
        </w:rPr>
        <w:t>potvrzení o uplatnění reklamace podle § 19 odst. 2 zákona č. 634/1992 Sb., o ochraně spotřebitele</w:t>
      </w:r>
    </w:p>
    <w:p>
      <w:r>
        <w:rPr>
          <w:b/>
          <w:sz w:val="26"/>
        </w:rPr>
        <w:t>Prodávající (podnikatel)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provozovna: ____________________</w:t>
      </w:r>
    </w:p>
    <w:p>
      <w:r>
        <w:rPr>
          <w:b w:val="0"/>
          <w:sz w:val="22"/>
        </w:rPr>
        <w:t>IČO: ____________________ Kontakt: ____________________</w:t>
      </w:r>
    </w:p>
    <w:p>
      <w:r>
        <w:rPr>
          <w:b/>
          <w:sz w:val="26"/>
        </w:rPr>
        <w:t>Zákazník (reklamující)</w:t>
      </w:r>
    </w:p>
    <w:p>
      <w:r>
        <w:rPr>
          <w:b w:val="0"/>
          <w:sz w:val="22"/>
        </w:rPr>
        <w:t>Jméno a příjmení / název: ____________________</w:t>
      </w:r>
    </w:p>
    <w:p>
      <w:r>
        <w:rPr>
          <w:b w:val="0"/>
          <w:sz w:val="22"/>
        </w:rPr>
        <w:t>Adresa: ____________________</w:t>
      </w:r>
    </w:p>
    <w:p>
      <w:r>
        <w:rPr>
          <w:b w:val="0"/>
          <w:sz w:val="22"/>
        </w:rPr>
        <w:t>Telefon / e-mail (pro informaci o vyřízení): ____________________</w:t>
      </w:r>
    </w:p>
    <w:p>
      <w:r>
        <w:rPr>
          <w:b/>
          <w:sz w:val="26"/>
        </w:rPr>
        <w:t>Reklamované zboží nebo služba</w:t>
      </w:r>
    </w:p>
    <w:p>
      <w:r>
        <w:rPr>
          <w:b w:val="0"/>
          <w:sz w:val="22"/>
        </w:rPr>
        <w:t>Označení zboží / služby: ____________________</w:t>
      </w:r>
    </w:p>
    <w:p>
      <w:r>
        <w:rPr>
          <w:b w:val="0"/>
          <w:sz w:val="22"/>
        </w:rPr>
        <w:t>Datum prodeje / předání: ____________ Doklad o koupi č.: ____________</w:t>
      </w:r>
    </w:p>
    <w:p>
      <w:r>
        <w:rPr>
          <w:b w:val="0"/>
          <w:sz w:val="22"/>
        </w:rPr>
        <w:t>Výrobní číslo / šarže: ____________________</w:t>
      </w:r>
    </w:p>
    <w:p>
      <w:r>
        <w:rPr>
          <w:b/>
          <w:sz w:val="26"/>
        </w:rPr>
        <w:t>Popis vady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6"/>
        </w:rPr>
        <w:t>Požadovaný způsob vyřízení reklamace</w:t>
      </w:r>
    </w:p>
    <w:p>
      <w:r>
        <w:rPr>
          <w:b w:val="0"/>
          <w:sz w:val="22"/>
        </w:rPr>
        <w:t>Oprava věci / dodání nové věci / přiměřená sleva / odstoupení od smlouvy (nehodící se škrtněte).</w:t>
      </w:r>
    </w:p>
    <w:p>
      <w:r>
        <w:rPr>
          <w:b w:val="0"/>
          <w:sz w:val="20"/>
        </w:rPr>
        <w:t>(Spotřebitel může nejprve požadovat odstranění vady opravou nebo dodáním nové věci; slevu nebo odstoupení může požadovat za podmínek § 2171 občanského zákoníku.)</w:t>
      </w:r>
    </w:p>
    <w:p>
      <w:r>
        <w:rPr>
          <w:b/>
          <w:sz w:val="26"/>
        </w:rPr>
        <w:t>Stav zboží při převzetí do reklamace</w:t>
      </w:r>
    </w:p>
    <w:p>
      <w:r>
        <w:rPr>
          <w:b w:val="0"/>
          <w:sz w:val="22"/>
        </w:rPr>
        <w:t>Úplnost, příslušenství, poškození: ____________________</w:t>
      </w:r>
    </w:p>
    <w:p>
      <w:r>
        <w:rPr>
          <w:b/>
          <w:sz w:val="26"/>
        </w:rPr>
        <w:t>Uplatnění a lhůta pro vyřízení</w:t>
      </w:r>
    </w:p>
    <w:p>
      <w:r>
        <w:rPr>
          <w:b w:val="0"/>
          <w:sz w:val="22"/>
        </w:rPr>
        <w:t>Datum uplatnění reklamace: ____________</w:t>
      </w:r>
    </w:p>
    <w:p>
      <w:r>
        <w:rPr>
          <w:b w:val="0"/>
          <w:sz w:val="22"/>
        </w:rPr>
        <w:t>Reklamace včetně odstranění vady bude vyřízena a zákazník o tom bude informován nejpozději do 30 dnů ode dne uplatnění reklamace, nedohodnou-li se strany na delší lhůtě (§ 19 odst. 3 zákona č. 634/1992 Sb.). U kupujícího podnikatele (B2B) se lhůta řídí dohodou stran.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za prodávajícího převzal</w:t>
            </w:r>
          </w:p>
        </w:tc>
        <w:tc>
          <w:tcPr>
            <w:tcW w:type="dxa" w:w="4873"/>
          </w:tcPr>
          <w:p>
            <w:r>
              <w:t>zákazník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8" w:right="1247" w:bottom="1138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