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/>
        <w:jc w:val="center"/>
      </w:pPr>
      <w:r>
        <w:rPr>
          <w:b/>
          <w:i w:val="0"/>
          <w:sz w:val="36"/>
        </w:rPr>
        <w:t>PREZENČNÍ LISTINA</w:t>
      </w:r>
    </w:p>
    <w:p/>
    <w:p>
      <w:r>
        <w:rPr>
          <w:b w:val="0"/>
          <w:i w:val="0"/>
          <w:sz w:val="22"/>
        </w:rPr>
        <w:t>Název akce (porada, školení, seminář, jednání): ____________________</w:t>
      </w:r>
    </w:p>
    <w:p>
      <w:r>
        <w:rPr>
          <w:b w:val="0"/>
          <w:i w:val="0"/>
          <w:sz w:val="22"/>
        </w:rPr>
        <w:t>Datum: ____________________    Čas od: ____________________ do: ____________________</w:t>
      </w:r>
    </w:p>
    <w:p>
      <w:r>
        <w:rPr>
          <w:b w:val="0"/>
          <w:i w:val="0"/>
          <w:sz w:val="22"/>
        </w:rPr>
        <w:t>Místo konání: ____________________</w:t>
      </w:r>
    </w:p>
    <w:p>
      <w:r>
        <w:rPr>
          <w:b w:val="0"/>
          <w:i w:val="0"/>
          <w:sz w:val="22"/>
        </w:rPr>
        <w:t>Organizátor (firma, IČO): ____________________</w:t>
      </w:r>
    </w:p>
    <w:p>
      <w:r>
        <w:rPr>
          <w:b w:val="0"/>
          <w:i w:val="0"/>
          <w:sz w:val="22"/>
        </w:rPr>
        <w:t>Odpovědná osoba: 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9"/>
        <w:gridCol w:w="2049"/>
        <w:gridCol w:w="2049"/>
        <w:gridCol w:w="2049"/>
        <w:gridCol w:w="2049"/>
        <w:gridCol w:w="2049"/>
        <w:gridCol w:w="2049"/>
      </w:tblGrid>
      <w:tr>
        <w:tc>
          <w:tcPr>
            <w:tcW w:type="dxa" w:w="567"/>
          </w:tcPr>
          <w:p>
            <w:r/>
            <w:r>
              <w:rPr>
                <w:b/>
                <w:sz w:val="20"/>
              </w:rPr>
              <w:t>Č.</w:t>
            </w:r>
          </w:p>
        </w:tc>
        <w:tc>
          <w:tcPr>
            <w:tcW w:type="dxa" w:w="3118"/>
          </w:tcPr>
          <w:p>
            <w:r/>
            <w:r>
              <w:rPr>
                <w:b/>
                <w:sz w:val="20"/>
              </w:rPr>
              <w:t>Jméno a příjmení</w:t>
            </w:r>
          </w:p>
        </w:tc>
        <w:tc>
          <w:tcPr>
            <w:tcW w:type="dxa" w:w="2835"/>
          </w:tcPr>
          <w:p>
            <w:r/>
            <w:r>
              <w:rPr>
                <w:b/>
                <w:sz w:val="20"/>
              </w:rPr>
              <w:t>Firma / organizace</w:t>
            </w:r>
          </w:p>
        </w:tc>
        <w:tc>
          <w:tcPr>
            <w:tcW w:type="dxa" w:w="2551"/>
          </w:tcPr>
          <w:p>
            <w:r/>
            <w:r>
              <w:rPr>
                <w:b/>
                <w:sz w:val="20"/>
              </w:rPr>
              <w:t>Kontakt (nepovinně)</w:t>
            </w:r>
          </w:p>
        </w:tc>
        <w:tc>
          <w:tcPr>
            <w:tcW w:type="dxa" w:w="1247"/>
          </w:tcPr>
          <w:p>
            <w:r/>
            <w:r>
              <w:rPr>
                <w:b/>
                <w:sz w:val="20"/>
              </w:rPr>
              <w:t>Příchod</w:t>
            </w:r>
          </w:p>
        </w:tc>
        <w:tc>
          <w:tcPr>
            <w:tcW w:type="dxa" w:w="1247"/>
          </w:tcPr>
          <w:p>
            <w:r/>
            <w:r>
              <w:rPr>
                <w:b/>
                <w:sz w:val="20"/>
              </w:rPr>
              <w:t>Odchod</w:t>
            </w:r>
          </w:p>
        </w:tc>
        <w:tc>
          <w:tcPr>
            <w:tcW w:type="dxa" w:w="2551"/>
          </w:tcPr>
          <w:p>
            <w:r/>
            <w:r>
              <w:rPr>
                <w:b/>
                <w:sz w:val="20"/>
              </w:rPr>
              <w:t>Podpis</w:t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r/>
            <w:r>
              <w:rPr>
                <w:sz w:val="20"/>
              </w:rPr>
              <w:t>1</w:t>
            </w:r>
          </w:p>
        </w:tc>
        <w:tc>
          <w:tcPr>
            <w:tcW w:type="dxa" w:w="311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r/>
            <w:r>
              <w:rPr>
                <w:sz w:val="20"/>
              </w:rPr>
              <w:t>2</w:t>
            </w:r>
          </w:p>
        </w:tc>
        <w:tc>
          <w:tcPr>
            <w:tcW w:type="dxa" w:w="311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r/>
            <w:r>
              <w:rPr>
                <w:sz w:val="20"/>
              </w:rPr>
              <w:t>3</w:t>
            </w:r>
          </w:p>
        </w:tc>
        <w:tc>
          <w:tcPr>
            <w:tcW w:type="dxa" w:w="311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r/>
            <w:r>
              <w:rPr>
                <w:sz w:val="20"/>
              </w:rPr>
              <w:t>4</w:t>
            </w:r>
          </w:p>
        </w:tc>
        <w:tc>
          <w:tcPr>
            <w:tcW w:type="dxa" w:w="311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r/>
            <w:r>
              <w:rPr>
                <w:sz w:val="20"/>
              </w:rPr>
              <w:t>5</w:t>
            </w:r>
          </w:p>
        </w:tc>
        <w:tc>
          <w:tcPr>
            <w:tcW w:type="dxa" w:w="311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r/>
            <w:r>
              <w:rPr>
                <w:sz w:val="20"/>
              </w:rPr>
              <w:t>6</w:t>
            </w:r>
          </w:p>
        </w:tc>
        <w:tc>
          <w:tcPr>
            <w:tcW w:type="dxa" w:w="311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r/>
            <w:r>
              <w:rPr>
                <w:sz w:val="20"/>
              </w:rPr>
              <w:t>7</w:t>
            </w:r>
          </w:p>
        </w:tc>
        <w:tc>
          <w:tcPr>
            <w:tcW w:type="dxa" w:w="311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r/>
            <w:r>
              <w:rPr>
                <w:sz w:val="20"/>
              </w:rPr>
              <w:t>8</w:t>
            </w:r>
          </w:p>
        </w:tc>
        <w:tc>
          <w:tcPr>
            <w:tcW w:type="dxa" w:w="311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r/>
            <w:r>
              <w:rPr>
                <w:sz w:val="20"/>
              </w:rPr>
              <w:t>9</w:t>
            </w:r>
          </w:p>
        </w:tc>
        <w:tc>
          <w:tcPr>
            <w:tcW w:type="dxa" w:w="311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r/>
            <w:r>
              <w:rPr>
                <w:sz w:val="20"/>
              </w:rPr>
              <w:t>10</w:t>
            </w:r>
          </w:p>
        </w:tc>
        <w:tc>
          <w:tcPr>
            <w:tcW w:type="dxa" w:w="311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r/>
            <w:r>
              <w:rPr>
                <w:sz w:val="20"/>
              </w:rPr>
              <w:t>11</w:t>
            </w:r>
          </w:p>
        </w:tc>
        <w:tc>
          <w:tcPr>
            <w:tcW w:type="dxa" w:w="311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r/>
            <w:r>
              <w:rPr>
                <w:sz w:val="20"/>
              </w:rPr>
              <w:t>12</w:t>
            </w:r>
          </w:p>
        </w:tc>
        <w:tc>
          <w:tcPr>
            <w:tcW w:type="dxa" w:w="311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r/>
            <w:r>
              <w:rPr>
                <w:sz w:val="20"/>
              </w:rPr>
              <w:t>13</w:t>
            </w:r>
          </w:p>
        </w:tc>
        <w:tc>
          <w:tcPr>
            <w:tcW w:type="dxa" w:w="311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r/>
            <w:r>
              <w:rPr>
                <w:sz w:val="20"/>
              </w:rPr>
              <w:t>14</w:t>
            </w:r>
          </w:p>
        </w:tc>
        <w:tc>
          <w:tcPr>
            <w:tcW w:type="dxa" w:w="311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r/>
            <w:r>
              <w:rPr>
                <w:sz w:val="20"/>
              </w:rPr>
              <w:t>15</w:t>
            </w:r>
          </w:p>
        </w:tc>
        <w:tc>
          <w:tcPr>
            <w:tcW w:type="dxa" w:w="311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r/>
            <w:r>
              <w:rPr>
                <w:sz w:val="20"/>
              </w:rPr>
              <w:t>16</w:t>
            </w:r>
          </w:p>
        </w:tc>
        <w:tc>
          <w:tcPr>
            <w:tcW w:type="dxa" w:w="311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r/>
            <w:r>
              <w:rPr>
                <w:sz w:val="20"/>
              </w:rPr>
              <w:t>17</w:t>
            </w:r>
          </w:p>
        </w:tc>
        <w:tc>
          <w:tcPr>
            <w:tcW w:type="dxa" w:w="311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r/>
            <w:r>
              <w:rPr>
                <w:sz w:val="20"/>
              </w:rPr>
              <w:t>18</w:t>
            </w:r>
          </w:p>
        </w:tc>
        <w:tc>
          <w:tcPr>
            <w:tcW w:type="dxa" w:w="311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r/>
            <w:r>
              <w:rPr>
                <w:sz w:val="20"/>
              </w:rPr>
              <w:t>19</w:t>
            </w:r>
          </w:p>
        </w:tc>
        <w:tc>
          <w:tcPr>
            <w:tcW w:type="dxa" w:w="311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r/>
            <w:r>
              <w:rPr>
                <w:sz w:val="20"/>
              </w:rPr>
              <w:t>20</w:t>
            </w:r>
          </w:p>
        </w:tc>
        <w:tc>
          <w:tcPr>
            <w:tcW w:type="dxa" w:w="311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20"/>
              </w:rPr>
            </w:r>
          </w:p>
        </w:tc>
      </w:tr>
    </w:tbl>
    <w:p/>
    <w:p>
      <w:r>
        <w:rPr>
          <w:b w:val="0"/>
          <w:i/>
          <w:sz w:val="18"/>
        </w:rPr>
        <w:t>Kontaktní údaj vyplňte jen dobrovolně. Osobní údaje z listiny slouží pouze k doložení účasti na akci.</w:t>
      </w:r>
    </w:p>
    <w:p>
      <w:r>
        <w:rPr>
          <w:b w:val="0"/>
          <w:i w:val="0"/>
          <w:sz w:val="22"/>
        </w:rPr>
        <w:t>Počet přítomných celkem: ____________________</w:t>
      </w:r>
    </w:p>
    <w:p>
      <w:r>
        <w:rPr>
          <w:b w:val="0"/>
          <w:i w:val="0"/>
          <w:sz w:val="22"/>
        </w:rPr>
        <w:t>Listinu uzavřel(a) dne ____________________ v ____________________ hodin: ____________________ (jméno a podpis)</w:t>
      </w:r>
    </w:p>
    <w:sectPr w:rsidR="00FC693F" w:rsidRPr="0006063C" w:rsidSect="00034616">
      <w:footerReference w:type="default" r:id="rId9"/>
      <w:pgSz w:w="16838" w:h="11906" w:orient="landscape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  <w:jc w:val="center"/>
    </w:pPr>
    <w:r>
      <w:drawing>
        <wp:inline xmlns:a="http://schemas.openxmlformats.org/drawingml/2006/main" xmlns:pic="http://schemas.openxmlformats.org/drawingml/2006/picture">
          <wp:extent cx="576000" cy="151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dokladbo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0" cy="15120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6B726E"/>
        <w:sz w:val="16"/>
      </w:rPr>
      <w:t>Vzor zdarma od DokladBotu | české účetnictví přes WhatsApp | dokladbot.cz/vzory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prezencni-listina-vzor</dc:title>
  <dc:subject/>
  <dc:creator>DokladBot</dc:creator>
  <cp:keywords/>
  <dc:description>DokladBot | dokladbot.cz/vzory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