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/>
        <w:jc w:val="center"/>
      </w:pPr>
      <w:r>
        <w:rPr>
          <w:b/>
          <w:i w:val="0"/>
          <w:sz w:val="36"/>
        </w:rPr>
        <w:t>ZÁZNAM O ŠKOLENÍ BOZP A PREZENČNÍ LISTINA</w:t>
      </w:r>
    </w:p>
    <w:p>
      <w:pPr>
        <w:jc w:val="center"/>
      </w:pPr>
      <w:r>
        <w:rPr>
          <w:b w:val="0"/>
          <w:i w:val="0"/>
          <w:sz w:val="20"/>
        </w:rPr>
        <w:t>školení o právních a ostatních předpisech k zajištění bezpečnosti a ochrany zdraví při práci podle § 103 odst. 2 a 3 zákona č. 262/2006 Sb., zákoník práce</w:t>
      </w:r>
    </w:p>
    <w:p/>
    <w:p>
      <w:r>
        <w:rPr>
          <w:b/>
          <w:i w:val="0"/>
          <w:sz w:val="22"/>
        </w:rPr>
        <w:t>Zaměstnavatel:</w:t>
      </w:r>
    </w:p>
    <w:p>
      <w:r>
        <w:rPr>
          <w:b w:val="0"/>
          <w:i w:val="0"/>
          <w:sz w:val="22"/>
        </w:rPr>
        <w:t>Obchodní firma / jméno a příjmení: ____________________</w:t>
      </w:r>
    </w:p>
    <w:p>
      <w:r>
        <w:rPr>
          <w:b w:val="0"/>
          <w:i w:val="0"/>
          <w:sz w:val="22"/>
        </w:rPr>
        <w:t>Sídlo / místo podnikání: ____________________</w:t>
      </w:r>
    </w:p>
    <w:p>
      <w:r>
        <w:rPr>
          <w:b w:val="0"/>
          <w:i w:val="0"/>
          <w:sz w:val="22"/>
        </w:rPr>
        <w:t>IČO: ____________________</w:t>
      </w:r>
    </w:p>
    <w:p>
      <w:pPr>
        <w:spacing w:before="160"/>
      </w:pPr>
      <w:r>
        <w:rPr>
          <w:b/>
          <w:i w:val="0"/>
          <w:sz w:val="24"/>
        </w:rPr>
        <w:t>I. Údaje o školení</w:t>
      </w:r>
    </w:p>
    <w:p>
      <w:r>
        <w:rPr>
          <w:b w:val="0"/>
          <w:i w:val="0"/>
          <w:sz w:val="22"/>
        </w:rPr>
        <w:t>Datum školení: ____________________    Čas od: ____________________ do: ____________________    Rozsah (hodin): ____________________</w:t>
      </w:r>
    </w:p>
    <w:p>
      <w:r>
        <w:rPr>
          <w:b w:val="0"/>
          <w:i w:val="0"/>
          <w:sz w:val="22"/>
        </w:rPr>
        <w:t>Místo konání: ____________________</w:t>
      </w:r>
    </w:p>
    <w:p>
      <w:r>
        <w:rPr>
          <w:b w:val="0"/>
          <w:i w:val="0"/>
          <w:sz w:val="22"/>
        </w:rPr>
        <w:t>Druh školení (zaškrtněte):</w:t>
      </w:r>
    </w:p>
    <w:p>
      <w:pPr>
        <w:ind w:left="340"/>
      </w:pPr>
      <w:r>
        <w:rPr>
          <w:b w:val="0"/>
          <w:i w:val="0"/>
          <w:sz w:val="22"/>
        </w:rPr>
        <w:t>[ ] vstupní školení při nástupu do práce</w:t>
      </w:r>
    </w:p>
    <w:p>
      <w:pPr>
        <w:ind w:left="340"/>
      </w:pPr>
      <w:r>
        <w:rPr>
          <w:b w:val="0"/>
          <w:i w:val="0"/>
          <w:sz w:val="22"/>
        </w:rPr>
        <w:t>[ ] opakované školení (četnost určená zaměstnavatelem: ____________________)</w:t>
      </w:r>
    </w:p>
    <w:p>
      <w:pPr>
        <w:ind w:left="340"/>
      </w:pPr>
      <w:r>
        <w:rPr>
          <w:b w:val="0"/>
          <w:i w:val="0"/>
          <w:sz w:val="22"/>
        </w:rPr>
        <w:t>[ ] při změně pracovního zařazení</w:t>
      </w:r>
    </w:p>
    <w:p>
      <w:pPr>
        <w:ind w:left="340"/>
      </w:pPr>
      <w:r>
        <w:rPr>
          <w:b w:val="0"/>
          <w:i w:val="0"/>
          <w:sz w:val="22"/>
        </w:rPr>
        <w:t>[ ] při změně druhu práce</w:t>
      </w:r>
    </w:p>
    <w:p>
      <w:pPr>
        <w:ind w:left="340"/>
      </w:pPr>
      <w:r>
        <w:rPr>
          <w:b w:val="0"/>
          <w:i w:val="0"/>
          <w:sz w:val="22"/>
        </w:rPr>
        <w:t>[ ] při zavedení nové technologie nebo změně výrobních a pracovních prostředků nebo pracovních postupů</w:t>
      </w:r>
    </w:p>
    <w:p>
      <w:pPr>
        <w:ind w:left="340"/>
      </w:pPr>
      <w:r>
        <w:rPr>
          <w:b w:val="0"/>
          <w:i w:val="0"/>
          <w:sz w:val="22"/>
        </w:rPr>
        <w:t>[ ] v případě, který má nebo může mít podstatný vliv na bezpečnost a ochranu zdraví při práci</w:t>
      </w:r>
    </w:p>
    <w:p>
      <w:r>
        <w:rPr>
          <w:b w:val="0"/>
          <w:i w:val="0"/>
          <w:sz w:val="22"/>
        </w:rPr>
        <w:t>Školitel (jméno, funkce, případně odborná způsobilost): ____________________</w:t>
      </w:r>
    </w:p>
    <w:p>
      <w:pPr>
        <w:spacing w:before="160"/>
      </w:pPr>
      <w:r>
        <w:rPr>
          <w:b/>
          <w:i w:val="0"/>
          <w:sz w:val="24"/>
        </w:rPr>
        <w:t>II. Obsah školení (osnova)</w:t>
      </w:r>
    </w:p>
    <w:p>
      <w:pPr>
        <w:ind w:left="340"/>
      </w:pPr>
      <w:r>
        <w:rPr>
          <w:b w:val="0"/>
          <w:i w:val="0"/>
          <w:sz w:val="22"/>
        </w:rPr>
        <w:t>1. ____________________</w:t>
      </w:r>
    </w:p>
    <w:p>
      <w:pPr>
        <w:ind w:left="340"/>
      </w:pPr>
      <w:r>
        <w:rPr>
          <w:b w:val="0"/>
          <w:i w:val="0"/>
          <w:sz w:val="22"/>
        </w:rPr>
        <w:t>2. ____________________</w:t>
      </w:r>
    </w:p>
    <w:p>
      <w:pPr>
        <w:ind w:left="340"/>
      </w:pPr>
      <w:r>
        <w:rPr>
          <w:b w:val="0"/>
          <w:i w:val="0"/>
          <w:sz w:val="22"/>
        </w:rPr>
        <w:t>3. ____________________</w:t>
      </w:r>
    </w:p>
    <w:p>
      <w:pPr>
        <w:ind w:left="340"/>
      </w:pPr>
      <w:r>
        <w:rPr>
          <w:b w:val="0"/>
          <w:i w:val="0"/>
          <w:sz w:val="22"/>
        </w:rPr>
        <w:t>4. ____________________</w:t>
      </w:r>
    </w:p>
    <w:p>
      <w:pPr>
        <w:ind w:left="340"/>
      </w:pPr>
      <w:r>
        <w:rPr>
          <w:b w:val="0"/>
          <w:i w:val="0"/>
          <w:sz w:val="22"/>
        </w:rPr>
        <w:t>5. ____________________</w:t>
      </w:r>
    </w:p>
    <w:p>
      <w:r>
        <w:rPr>
          <w:b w:val="0"/>
          <w:i w:val="0"/>
          <w:sz w:val="22"/>
        </w:rPr>
        <w:t>Rizika na pracovišti, se kterými byli účastníci seznámeni: ____________________</w:t>
      </w:r>
    </w:p>
    <w:p>
      <w:r>
        <w:rPr>
          <w:b w:val="0"/>
          <w:i w:val="0"/>
          <w:sz w:val="22"/>
        </w:rPr>
        <w:t>Předané podklady (pokyny, směrnice, návody): ____________________</w:t>
      </w:r>
    </w:p>
    <w:p>
      <w:pPr>
        <w:spacing w:before="160"/>
      </w:pPr>
      <w:r>
        <w:rPr>
          <w:b/>
          <w:i w:val="0"/>
          <w:sz w:val="24"/>
        </w:rPr>
        <w:t>III. Ověření znalostí</w:t>
      </w:r>
    </w:p>
    <w:p>
      <w:r>
        <w:rPr>
          <w:b w:val="0"/>
          <w:i w:val="0"/>
          <w:sz w:val="22"/>
        </w:rPr>
        <w:t>Způsob ověření znalostí (zaškrtněte): [ ] ústní pohovor   [ ] písemný test   [ ] praktická ukázka   [ ] jiný: ____________________</w:t>
      </w:r>
    </w:p>
    <w:p>
      <w:r>
        <w:rPr>
          <w:b w:val="0"/>
          <w:i w:val="0"/>
          <w:sz w:val="22"/>
        </w:rPr>
        <w:t>Výsledek: [ ] všichni účastníci vyhověli   [ ] nevyhověli (jména a další postup): ____________________</w:t>
      </w:r>
    </w:p>
    <w:p>
      <w:pPr>
        <w:spacing w:before="160"/>
      </w:pPr>
      <w:r>
        <w:rPr>
          <w:b/>
          <w:i w:val="0"/>
          <w:sz w:val="24"/>
        </w:rPr>
        <w:t>IV. Prezenční listina účastníků</w:t>
      </w:r>
    </w:p>
    <w:p>
      <w:r>
        <w:rPr>
          <w:b w:val="0"/>
          <w:i w:val="0"/>
          <w:sz w:val="22"/>
        </w:rPr>
        <w:t>Svým podpisem potvrzuji, že jsem se školení zúčastnil(a), byl(a) jsem seznámen(a) s jeho obsahem a obsahu rozumím.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567"/>
          </w:tcPr>
          <w:p>
            <w:r/>
            <w:r>
              <w:rPr>
                <w:b/>
                <w:sz w:val="20"/>
              </w:rPr>
              <w:t>Č.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20"/>
              </w:rPr>
              <w:t>Jméno a příjmení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20"/>
              </w:rPr>
              <w:t>Pracovní zařazení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20"/>
              </w:rPr>
              <w:t>Výsledek ověření</w:t>
            </w:r>
          </w:p>
        </w:tc>
        <w:tc>
          <w:tcPr>
            <w:tcW w:type="dxa" w:w="1928"/>
          </w:tcPr>
          <w:p>
            <w:r/>
            <w:r>
              <w:rPr>
                <w:b/>
                <w:sz w:val="20"/>
              </w:rPr>
              <w:t>Podpis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8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9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10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11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12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13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14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15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</w:r>
          </w:p>
        </w:tc>
      </w:tr>
    </w:tbl>
    <w:p/>
    <w:p>
      <w:r>
        <w:rPr>
          <w:b w:val="0"/>
          <w:i w:val="0"/>
          <w:sz w:val="22"/>
        </w:rPr>
        <w:t>V ____________________ dne ____________________</w:t>
      </w:r>
    </w:p>
    <w:p/>
    <w:p>
      <w:r>
        <w:rPr>
          <w:b w:val="0"/>
          <w:i w:val="0"/>
          <w:sz w:val="22"/>
        </w:rPr>
        <w:t>....................................................</w:t>
      </w:r>
    </w:p>
    <w:p>
      <w:r>
        <w:rPr>
          <w:b w:val="0"/>
          <w:i w:val="0"/>
          <w:sz w:val="20"/>
        </w:rPr>
        <w:t>Školitel (jméno a podpis)</w:t>
      </w:r>
    </w:p>
    <w:p/>
    <w:p>
      <w:r>
        <w:rPr>
          <w:b w:val="0"/>
          <w:i w:val="0"/>
          <w:sz w:val="22"/>
        </w:rPr>
        <w:t>....................................................</w:t>
      </w:r>
    </w:p>
    <w:p>
      <w:r>
        <w:rPr>
          <w:b w:val="0"/>
          <w:i w:val="0"/>
          <w:sz w:val="20"/>
        </w:rPr>
        <w:t>Za zaměstnavatele (jméno, funkce a podpis)</w:t>
      </w:r>
    </w:p>
    <w:p/>
    <w:p>
      <w:r>
        <w:rPr>
          <w:b w:val="0"/>
          <w:i/>
          <w:sz w:val="18"/>
        </w:rPr>
        <w:t>Obsah a četnost školení, způsob ověřování znalostí a vedení dokumentace o školení určuje zaměstnavatel (§ 103 odst. 3 zákoníku práce). Záznam uchovávejte jako doklad o provedeném školení.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prezencni-listina-skoleni-bozp-vzor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