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36"/>
        </w:rPr>
        <w:t>PŘEDŽALOBNÍ VÝZVA K PLNĚNÍ</w:t>
      </w:r>
    </w:p>
    <w:p>
      <w:pPr>
        <w:spacing w:after="200"/>
        <w:jc w:val="center"/>
      </w:pPr>
      <w:r>
        <w:rPr>
          <w:b w:val="0"/>
          <w:i w:val="0"/>
          <w:color w:val="666666"/>
          <w:sz w:val="20"/>
        </w:rPr>
        <w:t>podle § 142a zákona č. 99/1963 Sb., občanský soudní řád (varianta pro věřitele fyzickou osobu nepodnikatele)</w:t>
      </w:r>
    </w:p>
    <w:p>
      <w:pPr>
        <w:spacing w:after="40"/>
      </w:pPr>
      <w:r>
        <w:rPr>
          <w:b/>
          <w:i w:val="0"/>
          <w:sz w:val="22"/>
        </w:rPr>
        <w:t>Věřitel (odesílatel):</w:t>
      </w:r>
    </w:p>
    <w:p>
      <w:r>
        <w:rPr>
          <w:b w:val="0"/>
          <w:i w:val="0"/>
          <w:sz w:val="22"/>
        </w:rPr>
        <w:t>Jméno a příjmení: ____________________</w:t>
      </w:r>
    </w:p>
    <w:p>
      <w:r>
        <w:rPr>
          <w:b w:val="0"/>
          <w:i w:val="0"/>
          <w:sz w:val="22"/>
        </w:rPr>
        <w:t>Datum narození: ____________________</w:t>
      </w:r>
    </w:p>
    <w:p>
      <w:r>
        <w:rPr>
          <w:b w:val="0"/>
          <w:i w:val="0"/>
          <w:sz w:val="22"/>
        </w:rPr>
        <w:t>Bydliště: ____________________</w:t>
      </w:r>
    </w:p>
    <w:p/>
    <w:p>
      <w:pPr>
        <w:spacing w:after="40"/>
      </w:pPr>
      <w:r>
        <w:rPr>
          <w:b/>
          <w:i w:val="0"/>
          <w:sz w:val="22"/>
        </w:rPr>
        <w:t>Dlužník (adresát):</w:t>
      </w:r>
    </w:p>
    <w:p>
      <w:r>
        <w:rPr>
          <w:b w:val="0"/>
          <w:i w:val="0"/>
          <w:sz w:val="22"/>
        </w:rPr>
        <w:t>Jméno / název: ____________________</w:t>
      </w:r>
    </w:p>
    <w:p>
      <w:r>
        <w:rPr>
          <w:b w:val="0"/>
          <w:i w:val="0"/>
          <w:sz w:val="22"/>
        </w:rPr>
        <w:t>Sídlo / adresa: ____________________</w:t>
      </w:r>
    </w:p>
    <w:p>
      <w:r>
        <w:rPr>
          <w:b w:val="0"/>
          <w:i w:val="0"/>
          <w:sz w:val="22"/>
        </w:rPr>
        <w:t>IČO: ____________________</w:t>
      </w:r>
    </w:p>
    <w:p/>
    <w:p>
      <w:r>
        <w:rPr>
          <w:b w:val="0"/>
          <w:i w:val="0"/>
          <w:color w:val="666666"/>
          <w:sz w:val="20"/>
        </w:rPr>
        <w:t>Odesláno doporučeně s dodejkou / datovou schránkou dne ____________</w:t>
      </w:r>
    </w:p>
    <w:p/>
    <w:p>
      <w:r>
        <w:rPr>
          <w:b/>
          <w:i w:val="0"/>
          <w:sz w:val="24"/>
        </w:rPr>
        <w:t>Věc: Výzva k zaplacení dlužné částky před podáním žaloby</w:t>
      </w:r>
    </w:p>
    <w:p/>
    <w:p>
      <w:r>
        <w:rPr>
          <w:b w:val="0"/>
          <w:i w:val="0"/>
          <w:sz w:val="22"/>
        </w:rPr>
        <w:t>Vážená paní, vážený pane,</w:t>
      </w:r>
    </w:p>
    <w:p>
      <w:r>
        <w:rPr>
          <w:b w:val="0"/>
          <w:i w:val="0"/>
          <w:sz w:val="22"/>
        </w:rPr>
        <w:t>na základě ____________________ (například smlouvy o zápůjčce ze dne ____________ / písemného uznání dluhu ze dne ____________) jste mi měl(a) uhradit částku ____________ Kč nejpozději dne ____________. Tato částka nebyla do dnešního dne uhrazena, a to ani přes moji upomínku ze dne ____________.</w:t>
      </w:r>
    </w:p>
    <w:p>
      <w:r>
        <w:rPr>
          <w:b w:val="0"/>
          <w:i w:val="0"/>
          <w:sz w:val="22"/>
        </w:rPr>
        <w:t>Ke dni sepsání této výzvy tak za Vámi eviduji splatnou pohledávku ve výši ____________ Kč spolu se zákonným úrokem z prodlení podle nařízení vlády č. 351/2013 Sb. ode dne ____________ do zaplacení.</w:t>
      </w:r>
    </w:p>
    <w:p>
      <w:r>
        <w:rPr>
          <w:b w:val="0"/>
          <w:i w:val="0"/>
          <w:sz w:val="22"/>
        </w:rPr>
        <w:t>Vyzývám Vás tímto k úhradě celé dlužné částky nejpozději do ____________ (nejméně 7 dnů od odeslání této výzvy) na bankovní účet č. ____________________, variabilní symbol ____________.</w:t>
      </w:r>
    </w:p>
    <w:p>
      <w:r>
        <w:rPr>
          <w:b w:val="0"/>
          <w:i w:val="0"/>
          <w:sz w:val="22"/>
        </w:rPr>
        <w:t>Nebude-li dlužná částka v uvedené lhůtě uhrazena, podám bez dalšího upozornění žalobu k příslušnému soudu, případně návrh na vydání elektronického platebního rozkazu. V takovém případě budete povinni uhradit vedle dlužné částky a jejího příslušenství také náklady soudního řízení, zejména soudní poplatek a náklady právního zastoupení.</w:t>
      </w:r>
    </w:p>
    <w:p>
      <w:r>
        <w:rPr>
          <w:b w:val="0"/>
          <w:i w:val="0"/>
          <w:sz w:val="22"/>
        </w:rPr>
        <w:t>Tato výzva je výzvou k plnění ve smyslu § 142a občanského soudního řádu.</w:t>
      </w:r>
    </w:p>
    <w:p/>
    <w:p>
      <w:r>
        <w:rPr>
          <w:b w:val="0"/>
          <w:i w:val="0"/>
          <w:sz w:val="22"/>
        </w:rPr>
        <w:t>V ____________________ dne ____________________</w:t>
      </w:r>
    </w:p>
    <w:p/>
    <w:p/>
    <w:p>
      <w:pPr>
        <w:spacing w:after="0"/>
      </w:pPr>
      <w:r>
        <w:rPr>
          <w:b w:val="0"/>
          <w:i w:val="0"/>
          <w:sz w:val="22"/>
        </w:rPr>
        <w:t>_________________________</w:t>
      </w:r>
    </w:p>
    <w:p>
      <w:r>
        <w:rPr>
          <w:b w:val="0"/>
          <w:i w:val="0"/>
          <w:color w:val="666666"/>
          <w:sz w:val="20"/>
        </w:rPr>
        <w:t>podpis věřitele</w:t>
      </w:r>
    </w:p>
    <w:p/>
    <w:p>
      <w:r>
        <w:rPr>
          <w:b w:val="0"/>
          <w:i w:val="0"/>
          <w:color w:val="666666"/>
          <w:sz w:val="20"/>
        </w:rPr>
        <w:t>Přílohy: kopie smlouvy / uznání dluhu, kopie upomínky</w:t>
      </w:r>
    </w:p>
    <w:p/>
    <w:p>
      <w:r>
        <w:rPr>
          <w:b w:val="0"/>
          <w:i w:val="0"/>
          <w:color w:val="666666"/>
          <w:sz w:val="18"/>
        </w:rPr>
        <w:t>Pozn.: Výzvu zašlete nejméně 7 dnů před podáním žaloby na adresu pro doručování dlužníka, případně na jeho poslední známou adresu (u podnikatele sídlo zapsané v rejstříku, nebo datová schránka). Uschovejte podací lístek, dodejku nebo doručenku z datové schránky. Paušální náhradu 1 200 Kč lze požadovat jen ve vztazích mezi podnikateli, proto ji tato varianta neobsahuje. Zákonnou sazbu úroku z prodlení ověřte podle repo sazby ČNB platné k prvnímu dni pololetí, v němž prodlení začalo, zvýšené o 8 procentních bodů.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