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6"/>
        </w:rPr>
        <w:t>PRACOVNÍ VÝKAZ</w:t>
      </w:r>
    </w:p>
    <w:p>
      <w:pPr>
        <w:spacing w:before="0" w:after="280"/>
        <w:jc w:val="center"/>
      </w:pPr>
      <w:r>
        <w:rPr>
          <w:b w:val="0"/>
          <w:sz w:val="20"/>
        </w:rPr>
        <w:t>výkaz odpracovaných hodin za období ____________</w:t>
      </w:r>
    </w:p>
    <w:p>
      <w:pPr>
        <w:spacing w:before="200" w:after="80"/>
      </w:pPr>
      <w:r>
        <w:rPr>
          <w:b/>
          <w:sz w:val="26"/>
        </w:rPr>
        <w:t>I. Údaje</w:t>
      </w:r>
    </w:p>
    <w:p>
      <w:pPr>
        <w:spacing w:before="0" w:after="120"/>
      </w:pPr>
      <w:r>
        <w:rPr>
          <w:b w:val="0"/>
          <w:sz w:val="22"/>
        </w:rPr>
        <w:t>Pracovník / dodavatel: ____________________</w:t>
      </w:r>
    </w:p>
    <w:p>
      <w:pPr>
        <w:spacing w:before="0" w:after="120"/>
      </w:pPr>
      <w:r>
        <w:rPr>
          <w:b w:val="0"/>
          <w:sz w:val="22"/>
        </w:rPr>
        <w:t>IČO (u OSVČ): ____________________</w:t>
      </w:r>
    </w:p>
    <w:p>
      <w:pPr>
        <w:spacing w:before="0" w:after="120"/>
      </w:pPr>
      <w:r>
        <w:rPr>
          <w:b w:val="0"/>
          <w:sz w:val="22"/>
        </w:rPr>
        <w:t>Klient / odběratel / zaměstnavatel: ____________________</w:t>
      </w:r>
    </w:p>
    <w:p>
      <w:pPr>
        <w:spacing w:before="0" w:after="120"/>
      </w:pPr>
      <w:r>
        <w:rPr>
          <w:b w:val="0"/>
          <w:sz w:val="22"/>
        </w:rPr>
        <w:t>Projekt / zakázka / sjednaná práce: ____________________</w:t>
      </w:r>
    </w:p>
    <w:p>
      <w:pPr>
        <w:spacing w:before="200" w:after="80"/>
      </w:pPr>
      <w:r>
        <w:rPr>
          <w:b/>
          <w:sz w:val="26"/>
        </w:rPr>
        <w:t>II. Odpracované hodiny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</w:tcPr>
          <w:p>
            <w:r>
              <w:rPr>
                <w:b/>
                <w:sz w:val="20"/>
              </w:rPr>
              <w:t>Datum</w:t>
            </w:r>
          </w:p>
        </w:tc>
        <w:tc>
          <w:tcPr>
            <w:tcW w:type="dxa" w:w="1624"/>
          </w:tcPr>
          <w:p>
            <w:r>
              <w:rPr>
                <w:b/>
                <w:sz w:val="20"/>
              </w:rPr>
              <w:t>Od</w:t>
            </w:r>
          </w:p>
        </w:tc>
        <w:tc>
          <w:tcPr>
            <w:tcW w:type="dxa" w:w="1624"/>
          </w:tcPr>
          <w:p>
            <w:r>
              <w:rPr>
                <w:b/>
                <w:sz w:val="20"/>
              </w:rPr>
              <w:t>Do</w:t>
            </w:r>
          </w:p>
        </w:tc>
        <w:tc>
          <w:tcPr>
            <w:tcW w:type="dxa" w:w="1624"/>
          </w:tcPr>
          <w:p>
            <w:r>
              <w:rPr>
                <w:b/>
                <w:sz w:val="20"/>
              </w:rPr>
              <w:t>Přestávka (h)</w:t>
            </w:r>
          </w:p>
        </w:tc>
        <w:tc>
          <w:tcPr>
            <w:tcW w:type="dxa" w:w="1624"/>
          </w:tcPr>
          <w:p>
            <w:r>
              <w:rPr>
                <w:b/>
                <w:sz w:val="20"/>
              </w:rPr>
              <w:t>Hodiny</w:t>
            </w:r>
          </w:p>
        </w:tc>
        <w:tc>
          <w:tcPr>
            <w:tcW w:type="dxa" w:w="1624"/>
          </w:tcPr>
          <w:p>
            <w:r>
              <w:rPr>
                <w:b/>
                <w:sz w:val="20"/>
              </w:rPr>
              <w:t>Popis práce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type="dxa" w:w="1624"/>
          </w:tcPr>
          <w:p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 w:after="80"/>
      </w:pPr>
      <w:r>
        <w:rPr>
          <w:b/>
          <w:sz w:val="26"/>
        </w:rPr>
        <w:t>III. Souhrn</w:t>
      </w:r>
    </w:p>
    <w:p>
      <w:pPr>
        <w:spacing w:before="0" w:after="120"/>
      </w:pPr>
      <w:r>
        <w:rPr>
          <w:b w:val="0"/>
          <w:sz w:val="22"/>
        </w:rPr>
        <w:t>Celkem odpracováno: __________ hodin</w:t>
      </w:r>
    </w:p>
    <w:p>
      <w:pPr>
        <w:spacing w:before="0" w:after="120"/>
      </w:pPr>
      <w:r>
        <w:rPr>
          <w:b w:val="0"/>
          <w:sz w:val="22"/>
        </w:rPr>
        <w:t>Hodinová sazba: __________ Kč (bez DPH)</w:t>
      </w:r>
    </w:p>
    <w:p>
      <w:pPr>
        <w:spacing w:before="0" w:after="120"/>
      </w:pPr>
      <w:r>
        <w:rPr>
          <w:b/>
          <w:sz w:val="22"/>
        </w:rPr>
        <w:t>Celkem k fakturaci / k odměně: __________ Kč</w:t>
      </w:r>
    </w:p>
    <w:p>
      <w:pPr>
        <w:spacing w:before="0" w:after="160"/>
      </w:pPr>
      <w:r>
        <w:rPr>
          <w:b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after="480"/>
            </w:pPr>
            <w:r>
              <w:rPr>
                <w:sz w:val="22"/>
              </w:rPr>
              <w:t>V ____________ dne ____________</w:t>
            </w:r>
          </w:p>
        </w:tc>
        <w:tc>
          <w:tcPr>
            <w:tcW w:type="dxa" w:w="4873"/>
          </w:tcPr>
          <w:p>
            <w:pPr>
              <w:spacing w:after="480"/>
            </w:pPr>
            <w:r>
              <w:rPr>
                <w:sz w:val="22"/>
              </w:rP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2"/>
              </w:rPr>
              <w:t>_________________________</w:t>
            </w:r>
          </w:p>
        </w:tc>
        <w:tc>
          <w:tcPr>
            <w:tcW w:type="dxa" w:w="4873"/>
          </w:tcPr>
          <w:p>
            <w:r>
              <w:rPr>
                <w:sz w:val="22"/>
              </w:rP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2"/>
              </w:rPr>
              <w:t>vystavil (pracovník)</w:t>
            </w:r>
          </w:p>
        </w:tc>
        <w:tc>
          <w:tcPr>
            <w:tcW w:type="dxa" w:w="4873"/>
          </w:tcPr>
          <w:p>
            <w:r>
              <w:rPr>
                <w:sz w:val="22"/>
              </w:rPr>
              <w:t>schválil (klient / zaměstnavatel)</w:t>
            </w:r>
          </w:p>
        </w:tc>
      </w:tr>
    </w:tbl>
    <w:p>
      <w:pPr>
        <w:spacing w:before="0" w:after="80"/>
      </w:pPr>
      <w:r>
        <w:rPr>
          <w:b w:val="0"/>
          <w:sz w:val="20"/>
        </w:rPr>
        <w:t>Pozn.: Výkaz slouží jako podklad k faktuře nebo k odměně z dohody a jako evidence odpracované doby, kterou je zaměstnavatel u dohod povinen vést. Vzor DokladBot.cz, verze 2026-09.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