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PRACOVNÍ SMLOUVA</w:t>
      </w:r>
    </w:p>
    <w:p>
      <w:pPr>
        <w:jc w:val="center"/>
      </w:pPr>
      <w:r>
        <w:rPr>
          <w:sz w:val="20"/>
        </w:rPr>
        <w:t>uzavřená podle § 33 a násl. zákona č. 262/2006 Sb., zákoník práce, ve znění pozdějších předpisů</w:t>
      </w:r>
    </w:p>
    <w:p>
      <w:r>
        <w:rPr>
          <w:b/>
          <w:sz w:val="26"/>
        </w:rPr>
        <w:t>I. Smluvní strany</w:t>
      </w:r>
    </w:p>
    <w:p>
      <w:r>
        <w:rPr>
          <w:b/>
          <w:sz w:val="22"/>
        </w:rPr>
        <w:t>Zaměstnavatel:</w:t>
      </w:r>
    </w:p>
    <w:p>
      <w:r>
        <w:rPr>
          <w:b w:val="0"/>
          <w:sz w:val="22"/>
        </w:rPr>
        <w:t>Jméno / název: ____________________</w:t>
      </w:r>
    </w:p>
    <w:p>
      <w:r>
        <w:rPr>
          <w:b w:val="0"/>
          <w:sz w:val="22"/>
        </w:rPr>
        <w:t>Sídlo / místo podnikání: ____________________</w:t>
      </w:r>
    </w:p>
    <w:p>
      <w:r>
        <w:rPr>
          <w:b w:val="0"/>
          <w:sz w:val="22"/>
        </w:rPr>
        <w:t>IČO: ____________________</w:t>
      </w:r>
    </w:p>
    <w:p>
      <w:r>
        <w:rPr>
          <w:b w:val="0"/>
          <w:sz w:val="22"/>
        </w:rPr>
        <w:t>Zastoupený: ____________________</w:t>
      </w:r>
    </w:p>
    <w:p>
      <w:r>
        <w:rPr>
          <w:b w:val="0"/>
          <w:sz w:val="20"/>
        </w:rPr>
        <w:t>(dále jen „zaměstnavatel“)</w:t>
      </w:r>
    </w:p>
    <w:p>
      <w:r>
        <w:rPr>
          <w:b/>
          <w:sz w:val="22"/>
        </w:rPr>
        <w:t>Zaměstnanec:</w:t>
      </w:r>
    </w:p>
    <w:p>
      <w:r>
        <w:rPr>
          <w:b w:val="0"/>
          <w:sz w:val="22"/>
        </w:rPr>
        <w:t>Jméno a příjmení: ____________________</w:t>
      </w:r>
    </w:p>
    <w:p>
      <w:r>
        <w:rPr>
          <w:b w:val="0"/>
          <w:sz w:val="22"/>
        </w:rPr>
        <w:t>Datum narození: ____________________</w:t>
      </w:r>
    </w:p>
    <w:p>
      <w:r>
        <w:rPr>
          <w:b w:val="0"/>
          <w:sz w:val="22"/>
        </w:rPr>
        <w:t>Bydliště: ____________________</w:t>
      </w:r>
    </w:p>
    <w:p>
      <w:r>
        <w:rPr>
          <w:b w:val="0"/>
          <w:sz w:val="20"/>
        </w:rPr>
        <w:t>(dále jen „zaměstnanec“)</w:t>
      </w:r>
    </w:p>
    <w:p>
      <w:r>
        <w:rPr>
          <w:b/>
          <w:sz w:val="26"/>
        </w:rPr>
        <w:t>II. Druh práce, místo výkonu práce a den nástupu</w:t>
      </w:r>
    </w:p>
    <w:p>
      <w:r>
        <w:rPr>
          <w:b w:val="0"/>
          <w:sz w:val="22"/>
        </w:rPr>
        <w:t>1. Druh práce: ____________________.</w:t>
      </w:r>
    </w:p>
    <w:p>
      <w:r>
        <w:rPr>
          <w:b w:val="0"/>
          <w:sz w:val="22"/>
        </w:rPr>
        <w:t>2. Místo nebo místa výkonu práce: ____________________.</w:t>
      </w:r>
    </w:p>
    <w:p>
      <w:r>
        <w:rPr>
          <w:b w:val="0"/>
          <w:sz w:val="22"/>
        </w:rPr>
        <w:t>3. Den nástupu do práce: ____________. Tímto dnem vzniká pracovní poměr (§ 36 zákoníku práce).</w:t>
      </w:r>
    </w:p>
    <w:p>
      <w:r>
        <w:rPr>
          <w:b/>
          <w:sz w:val="26"/>
        </w:rPr>
        <w:t>III. Doba trvání pracovního poměru</w:t>
      </w:r>
    </w:p>
    <w:p>
      <w:r>
        <w:rPr>
          <w:b w:val="0"/>
          <w:sz w:val="22"/>
        </w:rPr>
        <w:t>Pracovní poměr se sjednává na dobu neurčitou / na dobu určitou do ____________ (nehodící se škrtněte).</w:t>
      </w:r>
    </w:p>
    <w:p>
      <w:r>
        <w:rPr>
          <w:b/>
          <w:sz w:val="26"/>
        </w:rPr>
        <w:t>IV. Zkušební doba</w:t>
      </w:r>
    </w:p>
    <w:p>
      <w:r>
        <w:rPr>
          <w:b w:val="0"/>
          <w:sz w:val="22"/>
        </w:rPr>
        <w:t>Zkušební doba se sjednává v délce ____________ měsíců ode dne vzniku pracovního poměru.</w:t>
      </w:r>
    </w:p>
    <w:p>
      <w:r>
        <w:rPr>
          <w:b w:val="0"/>
          <w:sz w:val="20"/>
        </w:rPr>
        <w:t>(Zkušební doba nesmí být delší než 4 měsíce po sobě jdoucí, u vedoucího zaměstnance 8 měsíců, a u pracovního poměru na dobu určitou nesmí přesáhnout polovinu sjednané doby trvání; § 35 zákoníku práce. Za trvání ji lze v těchto mezích písemnou dohodou dodatečně prodloužit.)</w:t>
      </w:r>
    </w:p>
    <w:p>
      <w:r>
        <w:rPr>
          <w:b/>
          <w:sz w:val="26"/>
        </w:rPr>
        <w:t>V. Pracovní doba</w:t>
      </w:r>
    </w:p>
    <w:p>
      <w:r>
        <w:rPr>
          <w:b w:val="0"/>
          <w:sz w:val="22"/>
        </w:rPr>
        <w:t>Délka stanovené týdenní pracovní doby činí ____________ hodin. Pracovní dobu rozvrhuje zaměstnavatel.</w:t>
      </w:r>
    </w:p>
    <w:p>
      <w:r>
        <w:rPr>
          <w:b/>
          <w:sz w:val="26"/>
        </w:rPr>
        <w:t>VI. Mzda</w:t>
      </w:r>
    </w:p>
    <w:p>
      <w:r>
        <w:rPr>
          <w:b w:val="0"/>
          <w:sz w:val="22"/>
        </w:rPr>
        <w:t>1. Zaměstnanci náleží za vykonanou práci hrubá mzda ve výši ____________ Kč měsíčně / mzda sjednaná ve mzdovém výměru (nehodící se škrtněte).</w:t>
      </w:r>
    </w:p>
    <w:p>
      <w:r>
        <w:rPr>
          <w:b w:val="0"/>
          <w:sz w:val="22"/>
        </w:rPr>
        <w:t>2. Mzda je splatná po vykonání práce, a to nejpozději v kalendářním měsíci následujícím po měsíci, ve kterém vzniklo právo na mzdu. Výplatní termín je ____________ den v měsíci. Mzda bude zasílána na bankovní účet zaměstnance č. ____________________.</w:t>
      </w:r>
    </w:p>
    <w:p>
      <w:r>
        <w:rPr>
          <w:b/>
          <w:sz w:val="26"/>
        </w:rPr>
        <w:t>VII. Dovolená</w:t>
      </w:r>
    </w:p>
    <w:p>
      <w:r>
        <w:rPr>
          <w:b w:val="0"/>
          <w:sz w:val="22"/>
        </w:rPr>
        <w:t>Zaměstnanci náleží dovolená v rozsahu a za podmínek stanovených v § 211 a násl. zákoníku práce, tj. ____________ týdnů v kalendářním roce.</w:t>
      </w:r>
    </w:p>
    <w:p>
      <w:r>
        <w:rPr>
          <w:b/>
          <w:sz w:val="26"/>
        </w:rPr>
        <w:t>VIII. Další ujednání</w:t>
      </w:r>
    </w:p>
    <w:p>
      <w:r>
        <w:rPr>
          <w:b w:val="0"/>
          <w:sz w:val="22"/>
        </w:rPr>
        <w:t>1. Zaměstnanec byl před uzavřením smlouvy seznámen s právy a povinnostmi, s pracovními a mzdovými podmínkami a při nástupu do práce bude seznámen s pracovním řádem, vnitřními předpisy a předpisy k zajištění bezpečnosti a ochrany zdraví při práci (§ 31 a § 37 odst. 5 zákoníku práce).</w:t>
      </w:r>
    </w:p>
    <w:p>
      <w:r>
        <w:rPr>
          <w:b w:val="0"/>
          <w:sz w:val="22"/>
        </w:rPr>
        <w:t>2. Údaje o obsahu pracovního poměru, které neobsahuje tato smlouva, sdělí zaměstnavatel zaměstnanci písemně nejpozději do 7 dnů od vzniku pracovního poměru (§ 37 zákoníku práce).</w:t>
      </w:r>
    </w:p>
    <w:p>
      <w:r>
        <w:rPr>
          <w:b w:val="0"/>
          <w:sz w:val="22"/>
        </w:rPr>
        <w:t>3. Další ujednání: ____________________.</w:t>
      </w:r>
    </w:p>
    <w:p>
      <w:r>
        <w:rPr>
          <w:b/>
          <w:sz w:val="26"/>
        </w:rPr>
        <w:t>IX. Závěrečná ustanovení</w:t>
      </w:r>
    </w:p>
    <w:p>
      <w:r>
        <w:rPr>
          <w:b w:val="0"/>
          <w:sz w:val="22"/>
        </w:rPr>
        <w:t>1. Tato smlouva je uzavřena písemně (§ 34 odst. 2 zákoníku práce). Práva a povinnosti smluvních stran výslovně neupravené se řídí zákoníkem práce a dalšími pracovněprávními předpisy.</w:t>
      </w:r>
    </w:p>
    <w:p>
      <w:r>
        <w:rPr>
          <w:b w:val="0"/>
          <w:sz w:val="22"/>
        </w:rPr>
        <w:t>2. Změny smlouvy lze činit pouze písemně dohodou smluvních stran.</w:t>
      </w:r>
    </w:p>
    <w:p>
      <w:r>
        <w:rPr>
          <w:b w:val="0"/>
          <w:sz w:val="22"/>
        </w:rPr>
        <w:t>3. Smlouva je vyhotovena ve dvou stejnopisech; každá smluvní strana obdrží jedno vyhotovení (§ 34 odst. 5 zákoníku práce).</w:t>
      </w:r>
    </w:p>
    <w:p>
      <w:r>
        <w:rPr>
          <w:b w:val="0"/>
          <w:sz w:val="22"/>
        </w:rPr>
        <w:t>4. Smluvní strany prohlašují, že si smlouvu přečetly, s jejím obsahem souhlasí a na důkaz toho připojují své podpisy.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t>V ____________ dne ____________</w:t>
            </w:r>
          </w:p>
        </w:tc>
        <w:tc>
          <w:tcPr>
            <w:tcW w:type="dxa" w:w="4873"/>
          </w:tcPr>
          <w:p>
            <w:r>
              <w:t>V ____________ dne ____________</w:t>
            </w:r>
          </w:p>
        </w:tc>
      </w:tr>
      <w:tr>
        <w:tc>
          <w:tcPr>
            <w:tcW w:type="dxa" w:w="4873"/>
          </w:tcPr>
          <w:p>
            <w:r>
              <w:t>_________________________</w:t>
            </w:r>
          </w:p>
        </w:tc>
        <w:tc>
          <w:tcPr>
            <w:tcW w:type="dxa" w:w="4873"/>
          </w:tcPr>
          <w:p>
            <w:r>
              <w:t>_________________________</w:t>
            </w:r>
          </w:p>
        </w:tc>
      </w:tr>
      <w:tr>
        <w:tc>
          <w:tcPr>
            <w:tcW w:type="dxa" w:w="4873"/>
          </w:tcPr>
          <w:p>
            <w:r>
              <w:t>zaměstnavatel</w:t>
            </w:r>
          </w:p>
        </w:tc>
        <w:tc>
          <w:tcPr>
            <w:tcW w:type="dxa" w:w="4873"/>
          </w:tcPr>
          <w:p>
            <w:r>
              <w:t>zaměstnanec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8" w:right="1247" w:bottom="1138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