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6"/>
        </w:rPr>
        <w:t>POTVRZENÍ O ZDANITELNÝCH PŘÍJMECH ZE ZÁVISLÉ ČINNOSTI</w:t>
      </w:r>
    </w:p>
    <w:p>
      <w:pPr>
        <w:spacing w:after="280"/>
        <w:jc w:val="center"/>
      </w:pPr>
      <w:r>
        <w:rPr>
          <w:b w:val="0"/>
          <w:i w:val="0"/>
          <w:sz w:val="20"/>
        </w:rPr>
        <w:t>sražených zálohách na daň z těchto příjmů a daňovém zvýhodnění, vystavené plátcem daně podle § 38j odst. 3 zákona č. 586/1992 Sb., o daních z příjmů, za zdaňovací období (rok) ____________</w:t>
      </w:r>
    </w:p>
    <w:p>
      <w:pPr>
        <w:spacing w:after="80"/>
      </w:pPr>
      <w:r>
        <w:rPr>
          <w:b w:val="0"/>
          <w:i w:val="0"/>
          <w:sz w:val="20"/>
        </w:rPr>
        <w:t>Poznámka: Toto je strukturovaný vzor DokladBotu, ne úřední tiskopis. Oficiální tiskopis 25 5460 MFin 5460 (a variantu 5460/A pro příjmy zdaněné srážkovou daní) najdete na webu Finanční správy v sekci Daňové tiskopisy. Vzor slouží k přehledu údajů a pro případy, kdy mzdový program tiskopis negeneruje.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Plátce daně (zaměstnavatel):</w:t>
      </w:r>
    </w:p>
    <w:p>
      <w:pPr>
        <w:spacing w:after="120"/>
      </w:pPr>
      <w:r>
        <w:rPr>
          <w:b w:val="0"/>
          <w:i w:val="0"/>
          <w:sz w:val="22"/>
        </w:rPr>
        <w:t>Název / jméno: ____________________</w:t>
      </w:r>
    </w:p>
    <w:p>
      <w:pPr>
        <w:spacing w:after="120"/>
      </w:pPr>
      <w:r>
        <w:rPr>
          <w:b w:val="0"/>
          <w:i w:val="0"/>
          <w:sz w:val="22"/>
        </w:rPr>
        <w:t>IČO: ____________________    DIČ plátce daně: ____________________</w:t>
      </w:r>
    </w:p>
    <w:p>
      <w:pPr>
        <w:spacing w:after="120"/>
      </w:pPr>
      <w:r>
        <w:rPr>
          <w:b w:val="0"/>
          <w:i w:val="0"/>
          <w:sz w:val="22"/>
        </w:rPr>
        <w:t>Sídlo / adresa: ____________________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Poplatník (zaměstnanec):</w:t>
      </w:r>
    </w:p>
    <w:p>
      <w:pPr>
        <w:spacing w:after="120"/>
      </w:pPr>
      <w:r>
        <w:rPr>
          <w:b w:val="0"/>
          <w:i w:val="0"/>
          <w:sz w:val="22"/>
        </w:rPr>
        <w:t>Jméno a příjmení: ____________________</w:t>
      </w:r>
    </w:p>
    <w:p>
      <w:pPr>
        <w:spacing w:after="120"/>
      </w:pPr>
      <w:r>
        <w:rPr>
          <w:b w:val="0"/>
          <w:i w:val="0"/>
          <w:sz w:val="22"/>
        </w:rPr>
        <w:t>Rodné číslo / datum narození: ____________________</w:t>
      </w:r>
    </w:p>
    <w:p>
      <w:pPr>
        <w:spacing w:after="120"/>
      </w:pPr>
      <w:r>
        <w:rPr>
          <w:b w:val="0"/>
          <w:i w:val="0"/>
          <w:sz w:val="22"/>
        </w:rPr>
        <w:t>Bydliště: ____________________</w:t>
      </w:r>
    </w:p>
    <w:p>
      <w:pPr>
        <w:spacing w:after="120"/>
      </w:pPr>
      <w:r>
        <w:rPr>
          <w:b w:val="0"/>
          <w:i w:val="0"/>
          <w:sz w:val="22"/>
        </w:rPr>
        <w:t>Poplatník je daňový rezident ČR: ano / ne (nehodící se škrtněte)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Údaje za zdaňovací období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567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Ř.</w:t>
            </w:r>
          </w:p>
        </w:tc>
        <w:tc>
          <w:tcPr>
            <w:tcW w:type="dxa" w:w="6520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Údaj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Částka v Kč</w:t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6520"/>
          </w:tcPr>
          <w:p>
            <w:pPr>
              <w:spacing w:after="40"/>
            </w:pPr>
            <w:r/>
            <w:r>
              <w:rPr>
                <w:sz w:val="20"/>
              </w:rPr>
              <w:t>Úhrn zúčtovaných příjmů ze závislé činnosti (§ 6 zákona o daních z příjmů)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6520"/>
          </w:tcPr>
          <w:p>
            <w:pPr>
              <w:spacing w:after="40"/>
            </w:pPr>
            <w:r/>
            <w:r>
              <w:rPr>
                <w:sz w:val="20"/>
              </w:rPr>
              <w:t>Z toho příjmy zúčtované za rok a vyplacené nebo obdržené do 31. 1. následujícího roku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6520"/>
          </w:tcPr>
          <w:p>
            <w:pPr>
              <w:spacing w:after="40"/>
            </w:pPr>
            <w:r/>
            <w:r>
              <w:rPr>
                <w:sz w:val="20"/>
              </w:rPr>
              <w:t>Doplatky příjmů podle § 5 odst. 4 zákona o daních z příjmů zúčtované v minulých letech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6520"/>
          </w:tcPr>
          <w:p>
            <w:pPr>
              <w:spacing w:after="40"/>
            </w:pPr>
            <w:r/>
            <w:r>
              <w:rPr>
                <w:sz w:val="20"/>
              </w:rPr>
              <w:t>Úhrn pojistného na sociální zabezpečení a zdravotní pojištění sraženého zaměstnanci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6520"/>
          </w:tcPr>
          <w:p>
            <w:pPr>
              <w:spacing w:after="40"/>
            </w:pPr>
            <w:r/>
            <w:r>
              <w:rPr>
                <w:sz w:val="20"/>
              </w:rPr>
              <w:t>Základ daně (základ pro výpočet záloh na daň)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6520"/>
          </w:tcPr>
          <w:p>
            <w:pPr>
              <w:spacing w:after="40"/>
            </w:pPr>
            <w:r/>
            <w:r>
              <w:rPr>
                <w:sz w:val="20"/>
              </w:rPr>
              <w:t>Úhrn sražených záloh na daň z příjmů ze závislé činnosti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/>
            <w:r>
              <w:rPr>
                <w:sz w:val="20"/>
              </w:rPr>
              <w:t>7</w:t>
            </w:r>
          </w:p>
        </w:tc>
        <w:tc>
          <w:tcPr>
            <w:tcW w:type="dxa" w:w="6520"/>
          </w:tcPr>
          <w:p>
            <w:pPr>
              <w:spacing w:after="40"/>
            </w:pPr>
            <w:r/>
            <w:r>
              <w:rPr>
                <w:sz w:val="20"/>
              </w:rPr>
              <w:t>Úhrn uplatněných měsíčních slev na dani podle § 35ba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/>
            <w:r>
              <w:rPr>
                <w:sz w:val="20"/>
              </w:rPr>
              <w:t>8</w:t>
            </w:r>
          </w:p>
        </w:tc>
        <w:tc>
          <w:tcPr>
            <w:tcW w:type="dxa" w:w="6520"/>
          </w:tcPr>
          <w:p>
            <w:pPr>
              <w:spacing w:after="40"/>
            </w:pPr>
            <w:r/>
            <w:r>
              <w:rPr>
                <w:sz w:val="20"/>
              </w:rPr>
              <w:t>Úhrn uplatněného měsíčního daňového zvýhodnění podle § 35c (celkem)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/>
            <w:r>
              <w:rPr>
                <w:sz w:val="20"/>
              </w:rPr>
              <w:t>8a</w:t>
            </w:r>
          </w:p>
        </w:tc>
        <w:tc>
          <w:tcPr>
            <w:tcW w:type="dxa" w:w="6520"/>
          </w:tcPr>
          <w:p>
            <w:pPr>
              <w:spacing w:after="40"/>
            </w:pPr>
            <w:r/>
            <w:r>
              <w:rPr>
                <w:sz w:val="20"/>
              </w:rPr>
              <w:t xml:space="preserve">   z toho sleva na dani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/>
            <w:r>
              <w:rPr>
                <w:sz w:val="20"/>
              </w:rPr>
              <w:t>8b</w:t>
            </w:r>
          </w:p>
        </w:tc>
        <w:tc>
          <w:tcPr>
            <w:tcW w:type="dxa" w:w="6520"/>
          </w:tcPr>
          <w:p>
            <w:pPr>
              <w:spacing w:after="40"/>
            </w:pPr>
            <w:r/>
            <w:r>
              <w:rPr>
                <w:sz w:val="20"/>
              </w:rPr>
              <w:t xml:space="preserve">   z toho vyplacený měsíční daňový bonus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/>
            <w:r>
              <w:rPr>
                <w:sz w:val="20"/>
              </w:rPr>
              <w:t>9</w:t>
            </w:r>
          </w:p>
        </w:tc>
        <w:tc>
          <w:tcPr>
            <w:tcW w:type="dxa" w:w="6520"/>
          </w:tcPr>
          <w:p>
            <w:pPr>
              <w:spacing w:after="40"/>
            </w:pPr>
            <w:r/>
            <w:r>
              <w:rPr>
                <w:sz w:val="20"/>
              </w:rPr>
              <w:t>Měsíce, ve kterých poplatník učinil prohlášení poplatníka (§ 38k)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</w:tbl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Vyživované děti, na které bylo uplatněno daňové zvýhodnění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2835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Jméno a příjmení dítěte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Rodné číslo</w:t>
            </w:r>
          </w:p>
        </w:tc>
        <w:tc>
          <w:tcPr>
            <w:tcW w:type="dxa" w:w="2438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Uplatněno ve výši na</w:t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Měsíce</w:t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ZTP/P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pPr>
              <w:spacing w:after="40"/>
            </w:pPr>
            <w:r/>
            <w:r>
              <w:rPr>
                <w:sz w:val="20"/>
              </w:rPr>
              <w:t>1. / 2. / 3. a další dítě</w:t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20"/>
              </w:rPr>
              <w:t>ano / ne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pPr>
              <w:spacing w:after="40"/>
            </w:pPr>
            <w:r/>
            <w:r>
              <w:rPr>
                <w:sz w:val="20"/>
              </w:rPr>
              <w:t>1. / 2. / 3. a další dítě</w:t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20"/>
              </w:rPr>
              <w:t>ano / ne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pPr>
              <w:spacing w:after="40"/>
            </w:pPr>
            <w:r/>
            <w:r>
              <w:rPr>
                <w:sz w:val="20"/>
              </w:rPr>
              <w:t>1. / 2. / 3. a další dítě</w:t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20"/>
              </w:rPr>
              <w:t>ano / ne</w:t>
            </w:r>
          </w:p>
        </w:tc>
      </w:tr>
    </w:tbl>
    <w:p>
      <w:pPr>
        <w:spacing w:after="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 w:val="0"/>
          <w:i w:val="0"/>
          <w:sz w:val="20"/>
        </w:rPr>
        <w:t>Plátce daně potvrzuje, že údaje odpovídají mzdovému listu poplatníka. Potvrzení se vydává na žádost poplatníka nejpozději do 10 dnů od podání žádosti (§ 38j odst. 3 zákona o daních z příjmů). Slouží jako podklad pro roční zúčtování záloh u jiného plátce daně nebo jako příloha daňového přiznání.</w:t>
      </w:r>
    </w:p>
    <w:p>
      <w:pPr>
        <w:spacing w:after="0"/>
      </w:pPr>
      <w:r>
        <w:rPr>
          <w:b w:val="0"/>
          <w:i w:val="0"/>
          <w:sz w:val="22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/>
            <w:r>
              <w:rPr>
                <w:sz w:val="22"/>
              </w:rPr>
              <w:t>V ____________ dne ____________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V ____________ dne ____________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2"/>
              </w:rPr>
              <w:t>_________________________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_________________________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2"/>
              </w:rPr>
              <w:t>razítko a podpis plátce daně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jméno, funkce a telefon osoby, která potvrzení vystavila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4706"/>
          </w:tcPr>
          <w:p>
            <w:r/>
            <w:r>
              <w:rPr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Potvrzení o zdanitelných příjmech ze závislé činnosti</dc:title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