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6"/>
        </w:rPr>
        <w:t>POTVRZENÍ O ZAPLACENÍ (KVITANCE)</w:t>
      </w:r>
    </w:p>
    <w:p>
      <w:pPr>
        <w:spacing w:before="0" w:after="280"/>
        <w:jc w:val="center"/>
      </w:pPr>
      <w:r>
        <w:rPr>
          <w:b w:val="0"/>
          <w:sz w:val="20"/>
        </w:rPr>
        <w:t>vydané podle § 1949 zákona č. 89/2012 Sb., občanský zákoník</w:t>
      </w:r>
    </w:p>
    <w:p>
      <w:pPr>
        <w:spacing w:before="200" w:after="80"/>
      </w:pPr>
      <w:r>
        <w:rPr>
          <w:b/>
          <w:sz w:val="26"/>
        </w:rPr>
        <w:t>I. Věřitel (příjemce platby)</w:t>
      </w:r>
    </w:p>
    <w:p>
      <w:pPr>
        <w:spacing w:before="0" w:after="120"/>
      </w:pPr>
      <w:r>
        <w:rPr>
          <w:b w:val="0"/>
          <w:sz w:val="22"/>
        </w:rPr>
        <w:t>Jméno / název: ____________________</w:t>
      </w:r>
    </w:p>
    <w:p>
      <w:pPr>
        <w:spacing w:before="0" w:after="120"/>
      </w:pPr>
      <w:r>
        <w:rPr>
          <w:b w:val="0"/>
          <w:sz w:val="22"/>
        </w:rPr>
        <w:t>Sídlo / bydliště: ____________________</w:t>
      </w:r>
    </w:p>
    <w:p>
      <w:pPr>
        <w:spacing w:before="0" w:after="120"/>
      </w:pPr>
      <w:r>
        <w:rPr>
          <w:b w:val="0"/>
          <w:sz w:val="22"/>
        </w:rPr>
        <w:t>IČO: ____________________</w:t>
      </w:r>
    </w:p>
    <w:p>
      <w:pPr>
        <w:spacing w:before="200" w:after="80"/>
      </w:pPr>
      <w:r>
        <w:rPr>
          <w:b/>
          <w:sz w:val="26"/>
        </w:rPr>
        <w:t>II. Dlužník (plátce)</w:t>
      </w:r>
    </w:p>
    <w:p>
      <w:pPr>
        <w:spacing w:before="0" w:after="120"/>
      </w:pPr>
      <w:r>
        <w:rPr>
          <w:b w:val="0"/>
          <w:sz w:val="22"/>
        </w:rPr>
        <w:t>Jméno / název: ____________________</w:t>
      </w:r>
    </w:p>
    <w:p>
      <w:pPr>
        <w:spacing w:before="0" w:after="120"/>
      </w:pPr>
      <w:r>
        <w:rPr>
          <w:b w:val="0"/>
          <w:sz w:val="22"/>
        </w:rPr>
        <w:t>Sídlo / bydliště: ____________________</w:t>
      </w:r>
    </w:p>
    <w:p>
      <w:pPr>
        <w:spacing w:before="0" w:after="120"/>
      </w:pPr>
      <w:r>
        <w:rPr>
          <w:b w:val="0"/>
          <w:sz w:val="22"/>
        </w:rPr>
        <w:t>IČO: ____________________</w:t>
      </w:r>
    </w:p>
    <w:p>
      <w:pPr>
        <w:spacing w:before="200" w:after="80"/>
      </w:pPr>
      <w:r>
        <w:rPr>
          <w:b/>
          <w:sz w:val="26"/>
        </w:rPr>
        <w:t>III. Potvrzení o splnění dluhu</w:t>
      </w:r>
    </w:p>
    <w:p>
      <w:pPr>
        <w:spacing w:before="0" w:after="120"/>
      </w:pPr>
      <w:r>
        <w:rPr>
          <w:b w:val="0"/>
          <w:sz w:val="22"/>
        </w:rPr>
        <w:t>Věřitel tímto potvrzuje, že od dlužníka přijal plnění ve výši:</w:t>
      </w:r>
    </w:p>
    <w:p>
      <w:pPr>
        <w:spacing w:before="0" w:after="120"/>
      </w:pPr>
      <w:r>
        <w:rPr>
          <w:b/>
          <w:sz w:val="22"/>
        </w:rPr>
        <w:t>______________ Kč (slovy: ________________________________________ korun českých)</w:t>
      </w:r>
    </w:p>
    <w:p>
      <w:pPr>
        <w:spacing w:before="0" w:after="120"/>
      </w:pPr>
      <w:r>
        <w:rPr>
          <w:b w:val="0"/>
          <w:sz w:val="22"/>
        </w:rPr>
        <w:t>Právní důvod platby (např. faktura č., smlouva ze dne): ____________________</w:t>
      </w:r>
    </w:p>
    <w:p>
      <w:pPr>
        <w:spacing w:before="0" w:after="120"/>
      </w:pPr>
      <w:r>
        <w:rPr>
          <w:b w:val="0"/>
          <w:sz w:val="22"/>
        </w:rPr>
        <w:t>Způsob úhrady: v hotovosti / převodem na účet č. ____________________ (nehodící se škrtněte)</w:t>
      </w:r>
    </w:p>
    <w:p>
      <w:pPr>
        <w:spacing w:before="0" w:after="120"/>
      </w:pPr>
      <w:r>
        <w:rPr>
          <w:b w:val="0"/>
          <w:sz w:val="22"/>
        </w:rPr>
        <w:t>Místo a datum splnění dluhu: ____________________</w:t>
      </w:r>
    </w:p>
    <w:p>
      <w:pPr>
        <w:spacing w:before="0" w:after="120"/>
      </w:pPr>
      <w:r>
        <w:rPr>
          <w:b w:val="0"/>
          <w:sz w:val="22"/>
        </w:rPr>
        <w:t>Dluh byl uhrazen: zcela / částečně, zbývá uhradit ______________ Kč (nehodící se škrtněte)</w:t>
      </w:r>
    </w:p>
    <w:p>
      <w:pPr>
        <w:spacing w:before="200" w:after="80"/>
      </w:pPr>
      <w:r>
        <w:rPr>
          <w:b/>
          <w:sz w:val="26"/>
        </w:rPr>
        <w:t>IV. Doložka</w:t>
      </w:r>
    </w:p>
    <w:p>
      <w:pPr>
        <w:spacing w:before="0" w:after="120"/>
      </w:pPr>
      <w:r>
        <w:rPr>
          <w:b w:val="0"/>
          <w:sz w:val="22"/>
        </w:rPr>
        <w:t>Je-li tato kvitance vydána na jistinu, má se za to, že bylo vyrovnáno také příslušenství pohledávky (§ 1949 odst. 1 občanského zákoníku).</w:t>
      </w:r>
    </w:p>
    <w:p>
      <w:pPr>
        <w:spacing w:before="0" w:after="160"/>
      </w:pPr>
      <w:r>
        <w:rPr>
          <w:b w:val="0"/>
          <w:sz w:val="22"/>
        </w:rPr>
      </w:r>
    </w:p>
    <w:p>
      <w:pPr>
        <w:spacing w:before="0" w:after="120"/>
      </w:pPr>
      <w:r>
        <w:rPr>
          <w:b w:val="0"/>
          <w:sz w:val="22"/>
        </w:rPr>
        <w:t>V ____________ dne ____________</w:t>
      </w:r>
    </w:p>
    <w:p>
      <w:pPr>
        <w:spacing w:before="0" w:after="320"/>
      </w:pPr>
      <w:r>
        <w:rPr>
          <w:b w:val="0"/>
          <w:sz w:val="22"/>
        </w:rPr>
      </w:r>
    </w:p>
    <w:p>
      <w:pPr>
        <w:spacing w:before="0" w:after="120"/>
      </w:pPr>
      <w:r>
        <w:rPr>
          <w:b w:val="0"/>
          <w:sz w:val="22"/>
        </w:rPr>
        <w:t>_________________________</w:t>
      </w:r>
    </w:p>
    <w:p>
      <w:pPr>
        <w:spacing w:before="0" w:after="120"/>
      </w:pPr>
      <w:r>
        <w:rPr>
          <w:b w:val="0"/>
          <w:sz w:val="22"/>
        </w:rPr>
        <w:t>podpis věřitele</w:t>
      </w:r>
    </w:p>
    <w:p>
      <w:pPr>
        <w:spacing w:before="0" w:after="80"/>
      </w:pPr>
      <w:r>
        <w:rPr>
          <w:b w:val="0"/>
          <w:sz w:val="20"/>
        </w:rPr>
        <w:t>Pozn.: Dlužník má právo vydání kvitance požadovat a bez ní může plnění odepřít (§ 1949 odst. 2 občanského zákoníku). Vzor DokladBot.cz, verze 2026-09.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