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Zaměstnavatel:</w:t>
      </w:r>
    </w:p>
    <w:p>
      <w:r>
        <w:rPr>
          <w:b w:val="0"/>
          <w:sz w:val="22"/>
        </w:rPr>
        <w:t>Obchodní firma / jméno a příjmení: ____________________</w:t>
      </w:r>
    </w:p>
    <w:p>
      <w:r>
        <w:rPr>
          <w:b w:val="0"/>
          <w:sz w:val="22"/>
        </w:rPr>
        <w:t>Sídlo / místo podnikání: ____________________</w:t>
      </w:r>
    </w:p>
    <w:p>
      <w:r>
        <w:rPr>
          <w:b w:val="0"/>
          <w:sz w:val="22"/>
        </w:rPr>
        <w:t>IČO: ____________________</w:t>
      </w:r>
    </w:p>
    <w:p>
      <w:r>
        <w:rPr>
          <w:b w:val="0"/>
          <w:sz w:val="22"/>
        </w:rPr>
        <w:t>Zastoupený: ____________________</w:t>
      </w:r>
    </w:p>
    <w:p/>
    <w:p>
      <w:pPr>
        <w:spacing w:after="40"/>
        <w:jc w:val="center"/>
      </w:pPr>
      <w:r>
        <w:rPr>
          <w:b/>
          <w:sz w:val="36"/>
        </w:rPr>
        <w:t>POTVRZENÍ O ZAMĚSTNÁNÍ</w:t>
      </w:r>
    </w:p>
    <w:p>
      <w:pPr>
        <w:spacing w:after="200"/>
        <w:jc w:val="center"/>
      </w:pPr>
      <w:r>
        <w:rPr>
          <w:b w:val="0"/>
          <w:sz w:val="20"/>
        </w:rPr>
        <w:t>vydané na žádost zaměstnance pro potřeby banky, úřadu nebo jiné instituce</w:t>
      </w:r>
    </w:p>
    <w:p>
      <w:r>
        <w:rPr>
          <w:b w:val="0"/>
          <w:sz w:val="22"/>
        </w:rPr>
        <w:t>Zaměstnavatel tímto na žádost zaměstnance potvrzuje následující skutečnosti:</w:t>
      </w:r>
    </w:p>
    <w:p>
      <w:pPr>
        <w:spacing w:before="200" w:after="80"/>
      </w:pPr>
      <w:r>
        <w:rPr>
          <w:b/>
          <w:sz w:val="24"/>
        </w:rPr>
        <w:t>I. Zaměstnanec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628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5783"/>
          </w:tcPr>
          <w:p>
            <w:r>
              <w:rPr>
                <w:b/>
                <w:sz w:val="20"/>
              </w:rPr>
              <w:t>Potvrzujeme</w:t>
            </w:r>
          </w:p>
        </w:tc>
      </w:tr>
      <w:tr>
        <w:tc>
          <w:tcPr>
            <w:tcW w:type="dxa" w:w="3628"/>
          </w:tcPr>
          <w:p>
            <w:r>
              <w:rPr>
                <w:sz w:val="20"/>
              </w:rPr>
              <w:t>Jméno a příjmení</w:t>
            </w:r>
          </w:p>
        </w:tc>
        <w:tc>
          <w:tcPr>
            <w:tcW w:type="dxa" w:w="578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28"/>
          </w:tcPr>
          <w:p>
            <w:r>
              <w:rPr>
                <w:sz w:val="20"/>
              </w:rPr>
              <w:t>Datum narození</w:t>
            </w:r>
          </w:p>
        </w:tc>
        <w:tc>
          <w:tcPr>
            <w:tcW w:type="dxa" w:w="578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28"/>
          </w:tcPr>
          <w:p>
            <w:r>
              <w:rPr>
                <w:sz w:val="20"/>
              </w:rPr>
              <w:t>Adresa bydliště</w:t>
            </w:r>
          </w:p>
        </w:tc>
        <w:tc>
          <w:tcPr>
            <w:tcW w:type="dxa" w:w="5783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II. Zaměstnání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762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649"/>
          </w:tcPr>
          <w:p>
            <w:r>
              <w:rPr>
                <w:b/>
                <w:sz w:val="20"/>
              </w:rPr>
              <w:t>Potvrzujeme</w:t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Druh pracovněprávního vztahu (pracovní poměr, DPP, DPČ)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Doba trvání: od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Doba trvání: do (u trvajícího zaměstnání uveďte na dobu neurčitou)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Druh práce (pracovní pozice)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Místo výkonu práce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Sjednaný rozsah pracovní doby (úvazek)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Zaměstnanec je ve zkušební době: ano / ne, do kdy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Zaměstnanec je ve výpovědní době: ano / ne, do kdy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762"/>
          </w:tcPr>
          <w:p>
            <w:r>
              <w:rPr>
                <w:sz w:val="20"/>
              </w:rPr>
              <w:t>Pracovní poměr je ke dni vydání ukončen: ano / ne</w:t>
            </w:r>
          </w:p>
        </w:tc>
        <w:tc>
          <w:tcPr>
            <w:tcW w:type="dxa" w:w="4649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III. Výdělek</w:t>
      </w:r>
    </w:p>
    <w:p>
      <w:r>
        <w:rPr>
          <w:b w:val="0"/>
          <w:sz w:val="22"/>
        </w:rPr>
        <w:t>Průměrný hrubý měsíční výdělek zaměstnance za poslední ____________________ měsíce činí ____________________ Kč.</w:t>
      </w:r>
    </w:p>
    <w:p>
      <w:r>
        <w:rPr>
          <w:b w:val="0"/>
          <w:sz w:val="22"/>
        </w:rPr>
        <w:t>Z mzdy zaměstnance jsou prováděny srážky na základě výkonu rozhodnutí, exekuce nebo insolvence: ano / ne.</w:t>
      </w:r>
    </w:p>
    <w:p>
      <w:r>
        <w:rPr>
          <w:b w:val="0"/>
          <w:sz w:val="22"/>
        </w:rPr>
        <w:t>[Údaje o výdělku uvádějte pouze tehdy, pokud o ně zaměstnanec v žádosti výslovně požádal.]</w:t>
      </w:r>
    </w:p>
    <w:p>
      <w:pPr>
        <w:spacing w:before="200" w:after="80"/>
      </w:pPr>
      <w:r>
        <w:rPr>
          <w:b/>
          <w:sz w:val="24"/>
        </w:rPr>
        <w:t>IV. Účel vydání</w:t>
      </w:r>
    </w:p>
    <w:p>
      <w:r>
        <w:rPr>
          <w:b w:val="0"/>
          <w:sz w:val="22"/>
        </w:rPr>
        <w:t>Potvrzení bylo vydáno na žádost zaměstnance ze dne ____________________ pro účely: ____________________ (například žádost o úvěr nebo hypotéku, jednání s úřadem, přihláška do výběrového řízení, žádost o vízum).</w:t>
      </w:r>
    </w:p>
    <w:p>
      <w:r>
        <w:rPr>
          <w:b w:val="0"/>
          <w:sz w:val="22"/>
        </w:rPr>
        <w:t>Potvrzení se vydává pro uvedený účel a nenahrazuje potvrzení o zaměstnání podle § 313 zákoníku práce (zápočtový list), které zaměstnavatel vydává při skončení zaměstnání.</w:t>
      </w:r>
    </w:p>
    <w:p/>
    <w:p>
      <w:r>
        <w:rPr>
          <w:b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sz w:val="22"/>
        </w:rPr>
        <w:t>_________________________</w:t>
      </w:r>
    </w:p>
    <w:p>
      <w:r>
        <w:rPr>
          <w:b w:val="0"/>
          <w:color w:val="6B726E"/>
          <w:sz w:val="20"/>
        </w:rPr>
        <w:t>jméno, funkce, podpis a razítko za zaměstnavatele</w:t>
      </w:r>
    </w:p>
    <w:p/>
    <w:p>
      <w:r>
        <w:rPr>
          <w:b w:val="0"/>
          <w:color w:val="6B726E"/>
          <w:sz w:val="18"/>
        </w:rPr>
        <w:t>Pozn.: Zaměstnavatel smí údaje o zaměstnanci předávat třetí osobě jen v mezích právních předpisů. Toto potvrzení proto vydávejte výhradně na žádost zaměstnance a předávejte je jemu, ne přímo instituci, ledaže o to zaměstnanec sám požádal. Údaje o výši výdělku uvádějte jen v rozsahu, o jaký zaměstnanec požádal.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