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POTVRZENÍ O VÝŠI PŘÍJMU</w:t>
      </w:r>
    </w:p>
    <w:p>
      <w:pPr>
        <w:spacing w:after="280"/>
        <w:jc w:val="center"/>
      </w:pPr>
      <w:r>
        <w:rPr>
          <w:b w:val="0"/>
          <w:i w:val="0"/>
          <w:sz w:val="20"/>
        </w:rPr>
        <w:t>vystavené zaměstnavatelem na žádost zaměstnance pro účely: ________________________ (například žádost o úvěr nebo hypotéku, dávky státní sociální podpory, úřad práce, soud)</w:t>
      </w:r>
    </w:p>
    <w:p>
      <w:pPr>
        <w:spacing w:after="120"/>
      </w:pPr>
      <w:r>
        <w:rPr>
          <w:b/>
          <w:i w:val="0"/>
          <w:sz w:val="26"/>
        </w:rPr>
        <w:t>Zaměstnavatel:</w:t>
      </w:r>
    </w:p>
    <w:p>
      <w:pPr>
        <w:spacing w:after="120"/>
      </w:pPr>
      <w:r>
        <w:rPr>
          <w:b w:val="0"/>
          <w:i w:val="0"/>
          <w:sz w:val="22"/>
        </w:rPr>
        <w:t>Název / jméno: ____________________</w:t>
      </w:r>
    </w:p>
    <w:p>
      <w:pPr>
        <w:spacing w:after="120"/>
      </w:pPr>
      <w:r>
        <w:rPr>
          <w:b w:val="0"/>
          <w:i w:val="0"/>
          <w:sz w:val="22"/>
        </w:rPr>
        <w:t>IČO: ____________________    Sídlo: ____________________</w:t>
      </w:r>
    </w:p>
    <w:p>
      <w:pPr>
        <w:spacing w:after="120"/>
      </w:pPr>
      <w:r>
        <w:rPr>
          <w:b w:val="0"/>
          <w:i w:val="0"/>
          <w:sz w:val="22"/>
        </w:rPr>
        <w:t>Kontakt pro ověření (telefon, e-mail):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Zaměstnanec:</w:t>
      </w:r>
    </w:p>
    <w:p>
      <w:pPr>
        <w:spacing w:after="120"/>
      </w:pPr>
      <w:r>
        <w:rPr>
          <w:b w:val="0"/>
          <w:i w:val="0"/>
          <w:sz w:val="22"/>
        </w:rPr>
        <w:t>Jméno a příjmení: ____________________</w:t>
      </w:r>
    </w:p>
    <w:p>
      <w:pPr>
        <w:spacing w:after="120"/>
      </w:pPr>
      <w:r>
        <w:rPr>
          <w:b w:val="0"/>
          <w:i w:val="0"/>
          <w:sz w:val="22"/>
        </w:rPr>
        <w:t>Datum narození: ____________________    Bydliště: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Pracovněprávní vztah</w:t>
      </w:r>
    </w:p>
    <w:p>
      <w:pPr>
        <w:spacing w:after="120"/>
      </w:pPr>
      <w:r>
        <w:rPr>
          <w:b w:val="0"/>
          <w:i w:val="0"/>
          <w:sz w:val="22"/>
        </w:rPr>
        <w:t>Druh: pracovní smlouva / dohoda o pracovní činnosti / dohoda o provedení práce (nehodící se škrtněte)</w:t>
      </w:r>
    </w:p>
    <w:p>
      <w:pPr>
        <w:spacing w:after="120"/>
      </w:pPr>
      <w:r>
        <w:rPr>
          <w:b w:val="0"/>
          <w:i w:val="0"/>
          <w:sz w:val="22"/>
        </w:rPr>
        <w:t>Pracovní zařazení (druh práce): ____________________</w:t>
      </w:r>
    </w:p>
    <w:p>
      <w:pPr>
        <w:spacing w:after="120"/>
      </w:pPr>
      <w:r>
        <w:rPr>
          <w:b w:val="0"/>
          <w:i w:val="0"/>
          <w:sz w:val="22"/>
        </w:rPr>
        <w:t>Trvá od: ____________________    na dobu neurčitou / na dobu určitou do: ____________________</w:t>
      </w:r>
    </w:p>
    <w:p>
      <w:pPr>
        <w:spacing w:after="120"/>
      </w:pPr>
      <w:r>
        <w:rPr>
          <w:b w:val="0"/>
          <w:i w:val="0"/>
          <w:sz w:val="22"/>
        </w:rPr>
        <w:t>Zkušební doba: ne / ano, do ____________________</w:t>
      </w:r>
    </w:p>
    <w:p>
      <w:pPr>
        <w:spacing w:after="120"/>
      </w:pPr>
      <w:r>
        <w:rPr>
          <w:b w:val="0"/>
          <w:i w:val="0"/>
          <w:sz w:val="22"/>
        </w:rPr>
        <w:t>Pracovní poměr není ve výpovědní době a zaměstnavatel neeviduje jeho ukončení: ano / ne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Příjem za posledních 12 měsíců (podle mzdové evidence)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Měsíc a rok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Hrubý příjem (Kč)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Čistý příjem (Kč)</w:t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Poznámka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sz w:val="20"/>
              </w:rPr>
              <w:t>Průměr za období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77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Srážky ze mzdy (exekuce, insolvence, výživné): ne / ano, měsíčně ____________________ Kč</w:t>
      </w:r>
    </w:p>
    <w:p>
      <w:pPr>
        <w:spacing w:after="120"/>
      </w:pPr>
      <w:r>
        <w:rPr>
          <w:b w:val="0"/>
          <w:i w:val="0"/>
          <w:sz w:val="22"/>
        </w:rPr>
        <w:t>Průměrný čistý měsíční výdělek podle § 353 a násl. zákoníku práce: ____________________ Kč (vyplní se, je-li požadován)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 w:val="0"/>
          <w:sz w:val="20"/>
        </w:rPr>
        <w:t>Zaměstnavatel potvrzuje, že uvedené údaje odpovídají mzdové evidenci ke dni vystavení. Potvrzení se vydává výhradně na žádost zaměstnance a pro uvedený účel. Údaje o průměrném výdělku pro podporu v nezaměstnanosti uvádí zaměstnavatel na žádost zaměstnance v odděleném potvrzení (§ 313 odst. 2 zákoníku práce).</w:t>
      </w:r>
    </w:p>
    <w:p>
      <w:pPr>
        <w:spacing w:after="0"/>
      </w:pPr>
      <w:r>
        <w:rPr>
          <w:b w:val="0"/>
          <w:i w:val="0"/>
          <w:sz w:val="22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razítko a podpis zaměstnavatele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jméno a funkce osoby, která potvrzení vystavila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 o výši příjmu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