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ČESTNÉ PROHLÁŠENÍ O VÝŠI PŘÍJMŮ</w:t>
      </w:r>
    </w:p>
    <w:p>
      <w:pPr>
        <w:spacing w:after="280"/>
        <w:jc w:val="center"/>
      </w:pPr>
      <w:r>
        <w:rPr>
          <w:b w:val="0"/>
          <w:i w:val="0"/>
          <w:sz w:val="20"/>
        </w:rPr>
        <w:t>osoby samostatně výdělečně činné pro účely: ________________________</w:t>
      </w:r>
    </w:p>
    <w:p>
      <w:pPr>
        <w:spacing w:after="120"/>
      </w:pPr>
      <w:r>
        <w:rPr>
          <w:b w:val="0"/>
          <w:i w:val="0"/>
          <w:sz w:val="22"/>
        </w:rPr>
        <w:t>Já, níže podepsaný(á) ____________________, narozen(a) ____________________,</w:t>
      </w:r>
    </w:p>
    <w:p>
      <w:pPr>
        <w:spacing w:after="120"/>
      </w:pPr>
      <w:r>
        <w:rPr>
          <w:b w:val="0"/>
          <w:i w:val="0"/>
          <w:sz w:val="22"/>
        </w:rPr>
        <w:t>bytem ____________________, IČO ____________________,</w:t>
      </w:r>
    </w:p>
    <w:p>
      <w:pPr>
        <w:spacing w:after="120"/>
      </w:pPr>
      <w:r>
        <w:rPr>
          <w:b w:val="0"/>
          <w:i w:val="0"/>
          <w:sz w:val="22"/>
        </w:rPr>
        <w:t>podnikající na základě ____________________ (živnostenské nebo jiné oprávnění) od ____________________,</w:t>
      </w:r>
    </w:p>
    <w:p>
      <w:pPr>
        <w:spacing w:after="120"/>
      </w:pPr>
      <w:r>
        <w:rPr>
          <w:b w:val="0"/>
          <w:i w:val="0"/>
          <w:sz w:val="22"/>
        </w:rPr>
        <w:t>čestně prohlašuji, že: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1. Za období od ____________________ do ____________________ činily moje příjmy ze samostatné činnosti (§ 7 zákona č. 586/1992 Sb., o daních z příjmů) celkem ____________________ Kč.</w:t>
      </w:r>
    </w:p>
    <w:p>
      <w:pPr>
        <w:spacing w:after="120"/>
      </w:pPr>
      <w:r>
        <w:rPr>
          <w:b w:val="0"/>
          <w:i w:val="0"/>
          <w:sz w:val="22"/>
        </w:rPr>
        <w:t>2. Výdaje za stejné období činily ____________________ Kč (skutečné výdaje / výdaje paušálem ____________________ % z příjmů; nehodící se škrtněte). Rozdíl mezi příjmy a výdaji činil ____________________ Kč, tedy v průměru ____________________ Kč měsíčně.</w:t>
      </w:r>
    </w:p>
    <w:p>
      <w:pPr>
        <w:spacing w:after="120"/>
      </w:pPr>
      <w:r>
        <w:rPr>
          <w:b w:val="0"/>
          <w:i w:val="0"/>
          <w:sz w:val="22"/>
        </w:rPr>
        <w:t>3. Daňové přiznání k dani z příjmů fyzických osob za rok ____________________ jsem podal(a) dne ____________________ / jsem poplatníkem v paušálním režimu s měsíční paušální zálohou ____________________ Kč (nehodící se škrtněte).</w:t>
      </w:r>
    </w:p>
    <w:p>
      <w:pPr>
        <w:spacing w:after="120"/>
      </w:pPr>
      <w:r>
        <w:rPr>
          <w:b w:val="0"/>
          <w:i w:val="0"/>
          <w:sz w:val="22"/>
        </w:rPr>
        <w:t>4. Nemám / mám (nehodící se škrtněte) evidované nedoplatky na dani z příjmů, na pojistném na sociální zabezpečení ani na veřejném zdravotním pojištění.</w:t>
      </w:r>
    </w:p>
    <w:p>
      <w:pPr>
        <w:spacing w:after="120"/>
      </w:pPr>
      <w:r>
        <w:rPr>
          <w:b w:val="0"/>
          <w:i w:val="0"/>
          <w:sz w:val="22"/>
        </w:rPr>
        <w:t>5. Kromě uvedených příjmů mám / nemám (nehodící se škrtněte) další příjmy, a to: ____________________.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22"/>
        </w:rPr>
        <w:t>Přílohy (nehodící se škrtněte): kopie daňového přiznání za rok ____________________, přehled o příjmech a výdajích OSVČ pro ČSSZ a zdravotní pojišťovnu, výpisy z podnikatelského účtu, potvrzení o bezdlužnosti.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 w:val="0"/>
          <w:i w:val="0"/>
          <w:sz w:val="20"/>
        </w:rPr>
        <w:t>Poučení: Jsem si vědom(a), že toto prohlášení bude podkladem pro rozhodnutí uvedené instituce a že uvedení nepravdivých nebo neúplných údajů může vést k odmítnutí žádosti, k povinnosti vrátit poskytnuté plnění a může mít i trestněprávní následky. Prohlašuji, že jsem údaje uvedl(a) pravdivě a úplně.</w:t>
      </w:r>
    </w:p>
    <w:p>
      <w:pPr>
        <w:spacing w:after="0"/>
      </w:pPr>
      <w:r>
        <w:rPr>
          <w:b w:val="0"/>
          <w:i w:val="0"/>
          <w:sz w:val="22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podpis prohlašující osoby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OSVČ o výši příjmů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