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36"/>
        </w:rPr>
        <w:t>PLNÁ MOC</w:t>
      </w:r>
    </w:p>
    <w:p>
      <w:pPr>
        <w:spacing w:after="280" w:before="0"/>
        <w:jc w:val="center"/>
      </w:pPr>
      <w:r>
        <w:rPr>
          <w:b w:val="0"/>
          <w:sz w:val="20"/>
        </w:rPr>
        <w:t>udělená podle § 441 a násl. zákona č. 89/2012 Sb., občanský zákoník, ve znění pozdějších předpisů</w:t>
      </w:r>
    </w:p>
    <w:p>
      <w:pPr>
        <w:spacing w:after="120" w:before="200"/>
      </w:pPr>
      <w:r>
        <w:rPr>
          <w:b/>
          <w:sz w:val="26"/>
        </w:rPr>
        <w:t>Zmocnitel:</w:t>
      </w:r>
    </w:p>
    <w:p>
      <w:pPr>
        <w:spacing w:after="120" w:before="0"/>
      </w:pPr>
      <w:r>
        <w:rPr>
          <w:b w:val="0"/>
          <w:sz w:val="22"/>
        </w:rPr>
        <w:t>Jméno / název: ____________________</w:t>
      </w:r>
    </w:p>
    <w:p>
      <w:pPr>
        <w:spacing w:after="120" w:before="0"/>
      </w:pPr>
      <w:r>
        <w:rPr>
          <w:b w:val="0"/>
          <w:sz w:val="22"/>
        </w:rPr>
        <w:t>Datum narození / IČO: ____________________</w:t>
      </w:r>
    </w:p>
    <w:p>
      <w:pPr>
        <w:spacing w:after="120" w:before="0"/>
      </w:pPr>
      <w:r>
        <w:rPr>
          <w:b w:val="0"/>
          <w:sz w:val="22"/>
        </w:rPr>
        <w:t>Bydliště / sídlo: ____________________</w:t>
      </w:r>
    </w:p>
    <w:p>
      <w:pPr>
        <w:spacing w:after="80" w:before="160"/>
      </w:pPr>
      <w:r>
        <w:rPr>
          <w:b w:val="0"/>
          <w:sz w:val="20"/>
        </w:rPr>
        <w:t>(dále jen „zmocnitel“)</w:t>
      </w:r>
    </w:p>
    <w:p>
      <w:pPr>
        <w:spacing w:after="120" w:before="200"/>
      </w:pPr>
      <w:r>
        <w:rPr>
          <w:b/>
          <w:sz w:val="26"/>
        </w:rPr>
        <w:t>Zmocněnec:</w:t>
      </w:r>
    </w:p>
    <w:p>
      <w:pPr>
        <w:spacing w:after="120" w:before="0"/>
      </w:pPr>
      <w:r>
        <w:rPr>
          <w:b w:val="0"/>
          <w:sz w:val="22"/>
        </w:rPr>
        <w:t>Jméno / název: ____________________</w:t>
      </w:r>
    </w:p>
    <w:p>
      <w:pPr>
        <w:spacing w:after="120" w:before="0"/>
      </w:pPr>
      <w:r>
        <w:rPr>
          <w:b w:val="0"/>
          <w:sz w:val="22"/>
        </w:rPr>
        <w:t>Datum narození / IČO: ____________________</w:t>
      </w:r>
    </w:p>
    <w:p>
      <w:pPr>
        <w:spacing w:after="120" w:before="0"/>
      </w:pPr>
      <w:r>
        <w:rPr>
          <w:b w:val="0"/>
          <w:sz w:val="22"/>
        </w:rPr>
        <w:t>Bydliště / sídlo: ____________________</w:t>
      </w:r>
    </w:p>
    <w:p>
      <w:pPr>
        <w:spacing w:after="80" w:before="160"/>
      </w:pPr>
      <w:r>
        <w:rPr>
          <w:b w:val="0"/>
          <w:sz w:val="20"/>
        </w:rPr>
        <w:t>(dále jen „zmocněnec“)</w:t>
      </w:r>
    </w:p>
    <w:p>
      <w:pPr>
        <w:spacing w:after="120" w:before="200"/>
      </w:pPr>
      <w:r>
        <w:rPr>
          <w:b/>
          <w:sz w:val="26"/>
        </w:rPr>
        <w:t>Rozsah zmocnění</w:t>
      </w:r>
    </w:p>
    <w:p>
      <w:pPr>
        <w:spacing w:after="120" w:before="0"/>
      </w:pPr>
      <w:r>
        <w:rPr>
          <w:b w:val="0"/>
          <w:sz w:val="22"/>
        </w:rPr>
        <w:t>Zmocnitel tímto zmocňuje zmocněnce, aby jej zastupoval a činil za něj veškerá právní jednání v tomto rozsahu (věc, právní jednání nebo okruh právních jednání, kterých se plná moc týká):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Zmocněnec je v uvedeném rozsahu oprávněn zejména činit podání, podávat a přijímat písemnosti, nahlížet do souvisejících spisů a podkladů a přijímat doručovaná rozhodnutí a jiné písemnosti.</w:t>
      </w:r>
    </w:p>
    <w:p>
      <w:pPr>
        <w:spacing w:after="120" w:before="0"/>
      </w:pPr>
      <w:r>
        <w:rPr>
          <w:b w:val="0"/>
          <w:sz w:val="22"/>
        </w:rPr>
        <w:t>Plná moc se uděluje na dobu neurčitou / na dobu určitou do ____________ (nehodící se škrtněte).</w:t>
      </w:r>
    </w:p>
    <w:p>
      <w:pPr>
        <w:spacing w:after="120" w:before="0"/>
      </w:pPr>
      <w:r>
        <w:rPr>
          <w:b w:val="0"/>
          <w:sz w:val="22"/>
        </w:rPr>
        <w:t>Zmocněnec není oprávněn / je oprávněn (nehodící se škrtněte) udělit plnou moc v témže rozsahu jiné osobě, aby místo něho jednala za zmocnitele.</w:t>
      </w:r>
    </w:p>
    <w:p>
      <w:pPr>
        <w:spacing w:after="80" w:before="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V ____________ dne ____________</w:t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_________________________</w:t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zmocnitel</w:t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zmocněnec</w:t>
            </w:r>
          </w:p>
        </w:tc>
      </w:tr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(Uvedené zmocnění přijímám.)</w:t>
            </w:r>
          </w:p>
        </w:tc>
      </w:tr>
    </w:tbl>
    <w:p>
      <w:pPr>
        <w:spacing w:after="80" w:before="160"/>
      </w:pPr>
      <w:r>
        <w:rPr>
          <w:b w:val="0"/>
          <w:sz w:val="20"/>
        </w:rPr>
        <w:t>Poznámka: Vyžaduje-li se pro právní jednání zvláštní forma, udělí se v téže formě i plná moc. Vyžaduje-li se pro právní jednání forma veřejné listiny (například notářský zápis), postačí plná moc udělená písemně s úředně ověřeným podpisem zmocnitele (§ 441 odst. 2 občanského zákoníku). Řada institucí (banky, katastr nemovitostí, registr vozidel) úředně ověřený podpis vyžaduje; ověřte si to předem.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