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PLNÁ MOC</w:t>
      </w:r>
    </w:p>
    <w:p>
      <w:pPr>
        <w:spacing w:after="280"/>
        <w:jc w:val="center"/>
      </w:pPr>
      <w:r>
        <w:rPr>
          <w:b w:val="0"/>
          <w:i w:val="0"/>
          <w:sz w:val="20"/>
        </w:rPr>
        <w:t>k zápisu změny vlastníka silničního vozidla v registru silničních vozidel, udělená podle § 441 a násl. zákona č. 89/2012 Sb., občanského zákoníku, pro řízení podle § 8 zákona č. 56/2001 Sb., o podmínkách provozu vozidel na pozemních komunikacích</w:t>
      </w:r>
    </w:p>
    <w:p>
      <w:pPr>
        <w:spacing w:after="120"/>
      </w:pPr>
      <w:r>
        <w:rPr>
          <w:b/>
          <w:i w:val="0"/>
          <w:sz w:val="26"/>
        </w:rPr>
        <w:t>Zmocnitel (dosavadní vlastník vozidla, prodávající):</w:t>
      </w:r>
    </w:p>
    <w:p>
      <w:pPr>
        <w:spacing w:after="120"/>
      </w:pPr>
      <w:r>
        <w:rPr>
          <w:b w:val="0"/>
          <w:i w:val="0"/>
          <w:sz w:val="22"/>
        </w:rPr>
        <w:t>Jméno / název: ____________________</w:t>
      </w:r>
    </w:p>
    <w:p>
      <w:pPr>
        <w:spacing w:after="120"/>
      </w:pPr>
      <w:r>
        <w:rPr>
          <w:b w:val="0"/>
          <w:i w:val="0"/>
          <w:sz w:val="22"/>
        </w:rPr>
        <w:t>Datum narození / IČO: ____________________</w:t>
      </w:r>
    </w:p>
    <w:p>
      <w:pPr>
        <w:spacing w:after="120"/>
      </w:pPr>
      <w:r>
        <w:rPr>
          <w:b w:val="0"/>
          <w:i w:val="0"/>
          <w:sz w:val="22"/>
        </w:rPr>
        <w:t>Bydliště / sídlo: ____________________</w:t>
      </w:r>
    </w:p>
    <w:p>
      <w:pPr>
        <w:spacing w:after="120"/>
      </w:pPr>
      <w:r>
        <w:rPr>
          <w:b w:val="0"/>
          <w:i w:val="0"/>
          <w:sz w:val="22"/>
        </w:rPr>
        <w:t>Doklad totožnosti (číslo): ____________________</w:t>
      </w:r>
    </w:p>
    <w:p>
      <w:pPr>
        <w:spacing w:after="80"/>
      </w:pPr>
      <w:r>
        <w:rPr>
          <w:b w:val="0"/>
          <w:i w:val="0"/>
          <w:sz w:val="20"/>
        </w:rPr>
        <w:t>(dále jen „zmocnitel“)</w:t>
      </w:r>
    </w:p>
    <w:p>
      <w:pPr>
        <w:spacing w:after="120"/>
      </w:pPr>
      <w:r>
        <w:rPr>
          <w:b/>
          <w:i w:val="0"/>
          <w:sz w:val="26"/>
        </w:rPr>
        <w:t>Zmocněnec (nový vlastník vozidla, kupující):</w:t>
      </w:r>
    </w:p>
    <w:p>
      <w:pPr>
        <w:spacing w:after="120"/>
      </w:pPr>
      <w:r>
        <w:rPr>
          <w:b w:val="0"/>
          <w:i w:val="0"/>
          <w:sz w:val="22"/>
        </w:rPr>
        <w:t>Jméno / název: ____________________</w:t>
      </w:r>
    </w:p>
    <w:p>
      <w:pPr>
        <w:spacing w:after="120"/>
      </w:pPr>
      <w:r>
        <w:rPr>
          <w:b w:val="0"/>
          <w:i w:val="0"/>
          <w:sz w:val="22"/>
        </w:rPr>
        <w:t>Datum narození / IČO: ____________________</w:t>
      </w:r>
    </w:p>
    <w:p>
      <w:pPr>
        <w:spacing w:after="120"/>
      </w:pPr>
      <w:r>
        <w:rPr>
          <w:b w:val="0"/>
          <w:i w:val="0"/>
          <w:sz w:val="22"/>
        </w:rPr>
        <w:t>Bydliště / sídlo: ____________________</w:t>
      </w:r>
    </w:p>
    <w:p>
      <w:pPr>
        <w:spacing w:after="80"/>
      </w:pPr>
      <w:r>
        <w:rPr>
          <w:b w:val="0"/>
          <w:i w:val="0"/>
          <w:sz w:val="20"/>
        </w:rPr>
        <w:t>(dále jen „zmocněnec“)</w:t>
      </w:r>
    </w:p>
    <w:p>
      <w:pPr>
        <w:spacing w:after="120"/>
      </w:pPr>
      <w:r>
        <w:rPr>
          <w:b/>
          <w:i w:val="0"/>
          <w:sz w:val="26"/>
        </w:rPr>
        <w:t>Vozidlo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Tovární značka a typ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Registrační značka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VIN (identifikační číslo vozidla)</w:t>
            </w:r>
          </w:p>
        </w:tc>
      </w:tr>
      <w:tr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Číslo osvědčení o registraci vozidla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Číslo technického průkazu (byl-li vydán)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Datum převodu vlastnictví</w:t>
            </w:r>
          </w:p>
        </w:tc>
      </w:tr>
      <w:tr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Rozsah zmocnění</w:t>
      </w:r>
    </w:p>
    <w:p>
      <w:pPr>
        <w:spacing w:after="120"/>
      </w:pPr>
      <w:r>
        <w:rPr>
          <w:b w:val="0"/>
          <w:i w:val="0"/>
          <w:sz w:val="22"/>
        </w:rPr>
        <w:t>Zmocnitel jako dosavadní vlastník výše uvedeného vozidla zmocňuje zmocněnce, aby jej zastupoval před kterýmkoli obecním úřadem obce s rozšířenou působností v řízení o zápisu změny vlastníka a provozovatele tohoto vozidla v registru silničních vozidel.</w:t>
      </w:r>
    </w:p>
    <w:p>
      <w:pPr>
        <w:spacing w:after="120"/>
      </w:pPr>
      <w:r>
        <w:rPr>
          <w:b w:val="0"/>
          <w:i w:val="0"/>
          <w:sz w:val="22"/>
        </w:rPr>
        <w:t>Zmocněnec je oprávněn zejména: podat za zmocnitele společnou žádost o zápis změny vlastníka vozidla podle § 8 odst. 1 písm. a) zákona č. 56/2001 Sb., předkládat a přebírat doklady, včetně osvědčení o registraci vozidla a protokolu o evidenční kontrole, hradit správní poplatky, převzít nové osvědčení o registraci vozidla, přijímat písemnosti a činit veškerá další podání a úkony, které s provedením zápisu souvisejí.</w:t>
      </w:r>
    </w:p>
    <w:p>
      <w:pPr>
        <w:spacing w:after="120"/>
      </w:pPr>
      <w:r>
        <w:rPr>
          <w:b w:val="0"/>
          <w:i w:val="0"/>
          <w:sz w:val="22"/>
        </w:rPr>
        <w:t>Plná moc se uděluje pro tento jediný úkon a zaniká provedením zápisu změny vlastníka vozidla, nejpozději dne ____________.</w:t>
      </w:r>
    </w:p>
    <w:p>
      <w:pPr>
        <w:spacing w:after="120"/>
      </w:pPr>
      <w:r>
        <w:rPr>
          <w:b w:val="0"/>
          <w:i w:val="0"/>
          <w:sz w:val="22"/>
        </w:rPr>
        <w:t>Zmocněnec není oprávněn udělit plnou moc v témže rozsahu jiné osobě.</w:t>
      </w:r>
    </w:p>
    <w:p>
      <w:pPr>
        <w:spacing w:after="80"/>
      </w:pPr>
      <w:r>
        <w:rPr>
          <w:b w:val="0"/>
          <w:i w:val="0"/>
          <w:sz w:val="18"/>
        </w:rPr>
        <w:t>Poznámka: Podle § 8 odst. 8 zákona č. 56/2001 Sb. musí být podpis zmocnitele na plné moci úředně ověřen (CzechPOINT, notář, obecní úřad, pošta), nebo musí být plná moc zapsána v informačním systému oprávnění k zastupování, anebo podepsána uznávaným elektronickým podpisem. Žádost o zápis změny se podává do 10 pracovních dnů ode dne převodu vlastnického práva (§ 8 odst. 2). Správní poplatek za zápis změny vlastníka osobního automobilu činí 800 Kč (položka 26 sazebníku zákona č. 634/2004 Sb.).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zmocnitel (úředně ověřený podpis)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zmocněnec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sz w:val="20"/>
              </w:rPr>
              <w:t>(Uvedené zmocnění přijímám.)</w:t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 k zápisu změny vlastníka vozidla v registru silničních vozidel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