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sz w:val="22"/>
        </w:rPr>
        <w:t>Zaměstnanec:</w:t>
      </w:r>
    </w:p>
    <w:p>
      <w:r>
        <w:rPr>
          <w:b w:val="0"/>
          <w:i w:val="0"/>
          <w:sz w:val="22"/>
        </w:rPr>
        <w:t>Jméno a příjmení: ____________________</w:t>
      </w:r>
    </w:p>
    <w:p>
      <w:r>
        <w:rPr>
          <w:b w:val="0"/>
          <w:i w:val="0"/>
          <w:sz w:val="22"/>
        </w:rPr>
        <w:t>Datum narození: ____________________</w:t>
      </w:r>
    </w:p>
    <w:p>
      <w:r>
        <w:rPr>
          <w:b w:val="0"/>
          <w:i w:val="0"/>
          <w:sz w:val="22"/>
        </w:rPr>
        <w:t>Bydliště: ____________________</w:t>
      </w:r>
    </w:p>
    <w:p/>
    <w:p>
      <w:r>
        <w:rPr>
          <w:b/>
          <w:i w:val="0"/>
          <w:sz w:val="22"/>
        </w:rPr>
        <w:t>Zaměstnavatel:</w:t>
      </w:r>
    </w:p>
    <w:p>
      <w:r>
        <w:rPr>
          <w:b w:val="0"/>
          <w:i w:val="0"/>
          <w:sz w:val="22"/>
        </w:rPr>
        <w:t>Obchodní firma / jméno a příjmení: ____________________</w:t>
      </w:r>
    </w:p>
    <w:p>
      <w:r>
        <w:rPr>
          <w:b w:val="0"/>
          <w:i w:val="0"/>
          <w:sz w:val="22"/>
        </w:rPr>
        <w:t>Sídlo / místo podnikání: ____________________</w:t>
      </w:r>
    </w:p>
    <w:p>
      <w:r>
        <w:rPr>
          <w:b w:val="0"/>
          <w:i w:val="0"/>
          <w:sz w:val="22"/>
        </w:rPr>
        <w:t>IČO: ____________________</w:t>
      </w:r>
    </w:p>
    <w:p/>
    <w:p>
      <w:r>
        <w:rPr>
          <w:b w:val="0"/>
          <w:i w:val="0"/>
          <w:sz w:val="22"/>
        </w:rPr>
        <w:t>V ____________________ dne ____________________</w:t>
      </w:r>
    </w:p>
    <w:p/>
    <w:p>
      <w:pPr>
        <w:spacing w:before="120"/>
        <w:jc w:val="center"/>
      </w:pPr>
      <w:r>
        <w:rPr>
          <w:b/>
          <w:i w:val="0"/>
          <w:sz w:val="36"/>
        </w:rPr>
        <w:t>OKAMŽITÉ ZRUŠENÍ PRACOVNÍHO POMĚRU</w:t>
      </w:r>
    </w:p>
    <w:p>
      <w:pPr>
        <w:jc w:val="center"/>
      </w:pPr>
      <w:r>
        <w:rPr>
          <w:b w:val="0"/>
          <w:i w:val="0"/>
          <w:sz w:val="20"/>
        </w:rPr>
        <w:t>podle § 56 odst. 1 písm. b) zákona č. 262/2006 Sb., zákoník práce</w:t>
      </w:r>
    </w:p>
    <w:p/>
    <w:p>
      <w:r>
        <w:rPr>
          <w:b w:val="0"/>
          <w:i w:val="0"/>
          <w:sz w:val="22"/>
        </w:rPr>
        <w:t>Tímto okamžitě zrušuji pracovní poměr, který vznikl na základě pracovní smlouvy ze dne ____________________, kde byl sjednán druh práce ____________________.</w:t>
      </w:r>
    </w:p>
    <w:p>
      <w:pPr>
        <w:spacing w:before="160"/>
      </w:pPr>
      <w:r>
        <w:rPr>
          <w:b/>
          <w:i w:val="0"/>
          <w:sz w:val="24"/>
        </w:rPr>
        <w:t>I. Důvod okamžitého zrušení</w:t>
      </w:r>
    </w:p>
    <w:p>
      <w:r>
        <w:rPr>
          <w:b w:val="0"/>
          <w:i w:val="0"/>
          <w:sz w:val="22"/>
        </w:rPr>
        <w:t>Zaměstnavatel mi nevyplatil mzdu za měsíc ____________________ ____________________. Mzda za tento měsíc byla splatná nejpozději dne ____________________ (pravidelný termín výplaty podle § 141 zákoníku práce). Ke dni podání tohoto okamžitého zrušení, tedy více než 15 dnů po uplynutí období splatnosti, mi zaměstnavatel nevyplatil [mzdu v plné výši / část mzdy ve výši ____________________ Kč]. Dlužná částka činí ____________________ Kč hrubého.</w:t>
      </w:r>
    </w:p>
    <w:p>
      <w:r>
        <w:rPr>
          <w:b w:val="0"/>
          <w:i w:val="0"/>
          <w:sz w:val="22"/>
        </w:rPr>
        <w:t>O nevyplacení mzdy jsem se dověděl(a) dne ____________________.</w:t>
      </w:r>
    </w:p>
    <w:p>
      <w:pPr>
        <w:spacing w:before="160"/>
      </w:pPr>
      <w:r>
        <w:rPr>
          <w:b/>
          <w:i w:val="0"/>
          <w:sz w:val="24"/>
        </w:rPr>
        <w:t>II. Nároky zaměstnance</w:t>
      </w:r>
    </w:p>
    <w:p>
      <w:r>
        <w:rPr>
          <w:b w:val="0"/>
          <w:i w:val="0"/>
          <w:sz w:val="22"/>
        </w:rPr>
        <w:t>Vyzývám zaměstnavatele, aby mi bez zbytečného odkladu:</w:t>
      </w:r>
    </w:p>
    <w:p>
      <w:pPr>
        <w:ind w:left="340"/>
      </w:pPr>
      <w:r>
        <w:rPr>
          <w:b w:val="0"/>
          <w:i w:val="0"/>
          <w:sz w:val="22"/>
        </w:rPr>
        <w:t>a) vyplatil dlužnou mzdu,</w:t>
      </w:r>
    </w:p>
    <w:p>
      <w:pPr>
        <w:ind w:left="340"/>
      </w:pPr>
      <w:r>
        <w:rPr>
          <w:b w:val="0"/>
          <w:i w:val="0"/>
          <w:sz w:val="22"/>
        </w:rPr>
        <w:t>b) vyplatil náhradu mzdy ve výši průměrného výdělku za dobu, která odpovídá délce výpovědní doby (§ 56 odst. 2 zákoníku práce),</w:t>
      </w:r>
    </w:p>
    <w:p>
      <w:pPr>
        <w:ind w:left="340"/>
      </w:pPr>
      <w:r>
        <w:rPr>
          <w:b w:val="0"/>
          <w:i w:val="0"/>
          <w:sz w:val="22"/>
        </w:rPr>
        <w:t>c) vydal potvrzení o zaměstnání podle § 313 zákoníku práce.</w:t>
      </w:r>
    </w:p>
    <w:p>
      <w:r>
        <w:rPr>
          <w:b w:val="0"/>
          <w:i w:val="0"/>
          <w:sz w:val="22"/>
        </w:rPr>
        <w:t>Platbu zašlete na účet č. ____________________.</w:t>
      </w:r>
    </w:p>
    <w:p/>
    <w:p>
      <w:r>
        <w:rPr>
          <w:b w:val="0"/>
          <w:i w:val="0"/>
          <w:sz w:val="22"/>
        </w:rPr>
        <w:t>....................................................</w:t>
      </w:r>
    </w:p>
    <w:p>
      <w:r>
        <w:rPr>
          <w:b w:val="0"/>
          <w:i w:val="0"/>
          <w:sz w:val="20"/>
        </w:rPr>
        <w:t>Podpis zaměstnance</w:t>
      </w:r>
    </w:p>
    <w:p/>
    <w:p>
      <w:pPr>
        <w:spacing w:before="160"/>
      </w:pPr>
      <w:r>
        <w:rPr>
          <w:b/>
          <w:i w:val="0"/>
          <w:sz w:val="24"/>
        </w:rPr>
        <w:t>Potvrzení o převzetí</w:t>
      </w:r>
    </w:p>
    <w:p>
      <w:r>
        <w:rPr>
          <w:b w:val="0"/>
          <w:i w:val="0"/>
          <w:sz w:val="22"/>
        </w:rPr>
        <w:t>Za zaměstnavatele převzal(a) dne ____________________: ____________________ (jméno, funkce, podpis)</w:t>
      </w:r>
    </w:p>
    <w:p>
      <w:r>
        <w:rPr>
          <w:b w:val="0"/>
          <w:i/>
          <w:sz w:val="18"/>
        </w:rPr>
        <w:t>Pozn.: Okamžité zrušení musí být písemné a důvod musí být skutkově vymezen tak, aby jej nebylo možné zaměnit s jiným (§ 60 zákoníku práce). Zaměstnanec může okamžitě zrušit pracovní poměr jen do 2 měsíců ode dne, kdy se o důvodu dověděl, nejpozději do 1 roku ode dne, kdy důvod vznikl (§ 59). Druhým důvodem je situace, kdy podle lékařského posudku poskytovatele pracovnělékařských služeb zaměstnanec nemůže dále konat práci bez vážného ohrožení svého zdraví a zaměstnavatel mu do 15 dnů od předložení posudku neumožnil výkon jiné vhodné práce (§ 56 odst. 1 písm. a); v tom případě uveďte datum posudku a den, kdy jste ho zaměstnavateli předložil(a). Doručení si nechte potvrdit nebo odešlete doporučeně s dodejkou či datovou schránkou.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after="0"/>
      <w:jc w:val="center"/>
    </w:pPr>
    <w:r>
      <w:drawing>
        <wp:inline xmlns:a="http://schemas.openxmlformats.org/drawingml/2006/main" xmlns:pic="http://schemas.openxmlformats.org/drawingml/2006/picture">
          <wp:extent cx="576000" cy="1512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dokladbo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00" cy="151200"/>
                  </a:xfrm>
                  <a:prstGeom prst="rect"/>
                </pic:spPr>
              </pic:pic>
            </a:graphicData>
          </a:graphic>
        </wp:inline>
      </w:drawing>
    </w:r>
  </w:p>
  <w:p>
    <w:pPr>
      <w:spacing w:before="0"/>
      <w:jc w:val="center"/>
    </w:pPr>
    <w:r>
      <w:rPr>
        <w:color w:val="6B726E"/>
        <w:sz w:val="16"/>
      </w:rPr>
      <w:t>Vzor zdarma od DokladBotu | české účetnictví přes WhatsApp | dokladbot.cz/vzory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okamzite-zruseni-pracovniho-pomeru-zamestnancem-vzor</dc:title>
  <dc:subject/>
  <dc:creator>DokladBot</dc:creator>
  <cp:keywords/>
  <dc:description>DokladBot | dokladbot.cz/vzory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