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2"/>
        </w:rPr>
        <w:t>Odvolatel (účastník řízení):</w:t>
      </w:r>
    </w:p>
    <w:p>
      <w:pPr>
        <w:spacing w:after="120"/>
      </w:pPr>
      <w:r>
        <w:rPr>
          <w:b w:val="0"/>
          <w:i w:val="0"/>
          <w:sz w:val="22"/>
        </w:rPr>
        <w:t>Jméno / název: ____________________</w:t>
      </w:r>
    </w:p>
    <w:p>
      <w:pPr>
        <w:spacing w:after="120"/>
      </w:pPr>
      <w:r>
        <w:rPr>
          <w:b w:val="0"/>
          <w:i w:val="0"/>
          <w:sz w:val="22"/>
        </w:rPr>
        <w:t>Datum narození / IČO: ____________________</w:t>
      </w:r>
    </w:p>
    <w:p>
      <w:pPr>
        <w:spacing w:after="120"/>
      </w:pPr>
      <w:r>
        <w:rPr>
          <w:b w:val="0"/>
          <w:i w:val="0"/>
          <w:sz w:val="22"/>
        </w:rPr>
        <w:t>Bydliště / sídlo: ____________________</w:t>
      </w:r>
    </w:p>
    <w:p>
      <w:pPr>
        <w:spacing w:after="120"/>
      </w:pPr>
      <w:r>
        <w:rPr>
          <w:b w:val="0"/>
          <w:i w:val="0"/>
          <w:sz w:val="22"/>
        </w:rPr>
        <w:t>Doručovací adresa / ID datové schránky: ____________________</w:t>
      </w:r>
    </w:p>
    <w:p/>
    <w:p>
      <w:pPr>
        <w:spacing w:after="40"/>
      </w:pPr>
      <w:r>
        <w:rPr>
          <w:b/>
          <w:i w:val="0"/>
          <w:sz w:val="22"/>
        </w:rPr>
        <w:t>Správní orgán, který napadené rozhodnutí vydal:</w:t>
      </w:r>
    </w:p>
    <w:p>
      <w:pPr>
        <w:spacing w:after="120"/>
      </w:pPr>
      <w:r>
        <w:rPr>
          <w:b w:val="0"/>
          <w:i w:val="0"/>
          <w:sz w:val="22"/>
        </w:rPr>
        <w:t>Název: ____________________</w:t>
      </w:r>
    </w:p>
    <w:p>
      <w:pPr>
        <w:spacing w:after="120"/>
      </w:pPr>
      <w:r>
        <w:rPr>
          <w:b w:val="0"/>
          <w:i w:val="0"/>
          <w:sz w:val="22"/>
        </w:rPr>
        <w:t>Adresa: ____________________</w:t>
      </w:r>
    </w:p>
    <w:p>
      <w:pPr>
        <w:spacing w:after="120"/>
      </w:pPr>
      <w:r>
        <w:rPr>
          <w:b w:val="0"/>
          <w:i w:val="0"/>
          <w:sz w:val="22"/>
        </w:rPr>
        <w:t>Sp. zn. / č. j.: ____________________</w:t>
      </w:r>
    </w:p>
    <w:p/>
    <w:p>
      <w:pPr>
        <w:spacing w:after="120"/>
      </w:pPr>
      <w:r>
        <w:rPr>
          <w:b w:val="0"/>
          <w:i w:val="0"/>
          <w:sz w:val="22"/>
        </w:rPr>
        <w:t>V ____________________ dne ____________________</w:t>
      </w:r>
    </w:p>
    <w:p/>
    <w:p>
      <w:pPr>
        <w:spacing w:after="40"/>
        <w:jc w:val="center"/>
      </w:pPr>
      <w:r>
        <w:rPr>
          <w:b/>
          <w:i w:val="0"/>
          <w:sz w:val="36"/>
        </w:rPr>
        <w:t>ODVOLÁNÍ</w:t>
      </w:r>
    </w:p>
    <w:p>
      <w:pPr>
        <w:spacing w:after="200"/>
        <w:jc w:val="center"/>
      </w:pPr>
      <w:r>
        <w:rPr>
          <w:b w:val="0"/>
          <w:i w:val="0"/>
          <w:sz w:val="20"/>
        </w:rPr>
        <w:t>proti rozhodnutí správního orgánu podle § 81 a násl. zákona č. 500/2004 Sb., správní řád, ve znění pozdějších předpisů</w:t>
      </w:r>
    </w:p>
    <w:p>
      <w:pPr>
        <w:spacing w:after="80"/>
      </w:pPr>
      <w:r>
        <w:rPr>
          <w:b/>
          <w:i w:val="0"/>
          <w:sz w:val="26"/>
        </w:rPr>
        <w:t>I. Označení napadeného rozhodnutí</w:t>
      </w:r>
    </w:p>
    <w:p>
      <w:pPr>
        <w:spacing w:after="120"/>
      </w:pPr>
      <w:r>
        <w:rPr>
          <w:b w:val="0"/>
          <w:i w:val="0"/>
          <w:sz w:val="22"/>
        </w:rPr>
        <w:t>Odvolávám se proti rozhodnutí ____________________ (název správního orgánu) č. j. ____________________ ze dne ____________________, které mi bylo oznámeno (doručeno) dne ____________________.</w:t>
      </w:r>
    </w:p>
    <w:p>
      <w:pPr>
        <w:spacing w:after="80"/>
      </w:pPr>
      <w:r>
        <w:rPr>
          <w:b/>
          <w:i w:val="0"/>
          <w:sz w:val="26"/>
        </w:rPr>
        <w:t>II. Rozsah, v jakém je rozhodnutí napadáno</w:t>
      </w:r>
    </w:p>
    <w:p>
      <w:pPr>
        <w:spacing w:after="120"/>
      </w:pPr>
      <w:r>
        <w:rPr>
          <w:b w:val="0"/>
          <w:i w:val="0"/>
          <w:sz w:val="22"/>
        </w:rPr>
        <w:t>Rozhodnutí napadám v celém rozsahu / pouze ve výroku č. ____________________ (nehodící se škrtněte).</w:t>
      </w:r>
    </w:p>
    <w:p>
      <w:pPr>
        <w:spacing w:after="80"/>
      </w:pPr>
      <w:r>
        <w:rPr>
          <w:b/>
          <w:i w:val="0"/>
          <w:sz w:val="26"/>
        </w:rPr>
        <w:t>III. Odvolací důvody</w:t>
      </w:r>
    </w:p>
    <w:p>
      <w:pPr>
        <w:spacing w:after="120"/>
      </w:pPr>
      <w:r>
        <w:rPr>
          <w:b w:val="0"/>
          <w:i w:val="0"/>
          <w:sz w:val="22"/>
        </w:rPr>
        <w:t>Rozpor s právními předpisy nebo nesprávnost rozhodnutí či řízení, jež mu předcházelo, spatřuji v tomto: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(Popište konkrétně: která zjištění jsou nesprávná, které ustanovení bylo porušeno, jaké důkazy nebyly provedeny. K novým skutečnostem odvolací orgán přihlédne jen tehdy, pokud jste je nemohli uplatnit dříve, viz § 82 odst. 4 správního řádu.)</w:t>
      </w:r>
    </w:p>
    <w:p>
      <w:pPr>
        <w:spacing w:after="80"/>
      </w:pPr>
      <w:r>
        <w:rPr>
          <w:b/>
          <w:i w:val="0"/>
          <w:sz w:val="26"/>
        </w:rPr>
        <w:t>IV. Návrh odvolatele</w:t>
      </w:r>
    </w:p>
    <w:p>
      <w:pPr>
        <w:spacing w:after="120"/>
      </w:pPr>
      <w:r>
        <w:rPr>
          <w:b w:val="0"/>
          <w:i w:val="0"/>
          <w:sz w:val="22"/>
        </w:rPr>
        <w:t>Navrhuji, aby odvolací správní orgán napadené rozhodnutí zrušil a řízení zastavil / zrušil a věc vrátil k novému projednání / změnil takto: ____________________ (nehodící se škrtněte).</w:t>
      </w:r>
    </w:p>
    <w:p>
      <w:pPr>
        <w:spacing w:after="80"/>
      </w:pPr>
      <w:r>
        <w:rPr>
          <w:b/>
          <w:i w:val="0"/>
          <w:sz w:val="26"/>
        </w:rPr>
        <w:t>V. Přílohy</w:t>
      </w:r>
    </w:p>
    <w:p>
      <w:pPr>
        <w:spacing w:after="120"/>
      </w:pPr>
      <w:r>
        <w:rPr>
          <w:b w:val="0"/>
          <w:i w:val="0"/>
          <w:sz w:val="22"/>
        </w:rPr>
        <w:t>1. ____________________</w:t>
      </w:r>
    </w:p>
    <w:p>
      <w:pPr>
        <w:spacing w:after="120"/>
      </w:pPr>
      <w:r>
        <w:rPr>
          <w:b w:val="0"/>
          <w:i w:val="0"/>
          <w:sz w:val="22"/>
        </w:rPr>
        <w:t>2. ____________________</w:t>
      </w:r>
    </w:p>
    <w:p/>
    <w:p/>
    <w:p>
      <w:pPr>
        <w:spacing w:after="120"/>
      </w:pPr>
      <w:r>
        <w:rPr>
          <w:b w:val="0"/>
          <w:i w:val="0"/>
          <w:sz w:val="22"/>
        </w:rPr>
        <w:t>____________________</w:t>
      </w:r>
    </w:p>
    <w:p>
      <w:pPr>
        <w:spacing w:after="120"/>
      </w:pPr>
      <w:r>
        <w:rPr>
          <w:b w:val="0"/>
          <w:i w:val="0"/>
          <w:sz w:val="22"/>
        </w:rPr>
        <w:t>podpis odvolatele</w:t>
      </w:r>
    </w:p>
    <w:p/>
    <w:p>
      <w:pPr>
        <w:spacing w:after="80"/>
      </w:pPr>
      <w:r>
        <w:rPr>
          <w:b w:val="0"/>
          <w:i/>
          <w:sz w:val="18"/>
        </w:rPr>
        <w:t>Poučení: Odvolání se podává do 15 dnů ode dne oznámení rozhodnutí (§ 83 odst. 1 správního řádu) u správního orgánu, který napadené rozhodnutí vydal (§ 86 odst. 1). Podává se s potřebným počtem stejnopisů tak, aby jeden zůstal správnímu orgánu a každý účastník dostal jeden (§ 82 odst. 2). Včas podané a přípustné odvolání má odkladný účinek (§ 85 odst. 1).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