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sz w:val="22"/>
        </w:rPr>
        <w:t>Odvolatel (příjemce rozhodnutí):</w:t>
      </w:r>
    </w:p>
    <w:p>
      <w:pPr>
        <w:spacing w:after="120"/>
      </w:pPr>
      <w:r>
        <w:rPr>
          <w:b w:val="0"/>
          <w:i w:val="0"/>
          <w:sz w:val="22"/>
        </w:rPr>
        <w:t>Jméno / název: ____________________</w:t>
      </w:r>
    </w:p>
    <w:p>
      <w:pPr>
        <w:spacing w:after="120"/>
      </w:pPr>
      <w:r>
        <w:rPr>
          <w:b w:val="0"/>
          <w:i w:val="0"/>
          <w:sz w:val="22"/>
        </w:rPr>
        <w:t>Datum narození / IČO: ____________________</w:t>
      </w:r>
    </w:p>
    <w:p>
      <w:pPr>
        <w:spacing w:after="120"/>
      </w:pPr>
      <w:r>
        <w:rPr>
          <w:b w:val="0"/>
          <w:i w:val="0"/>
          <w:sz w:val="22"/>
        </w:rPr>
        <w:t>DIČ: ____________________</w:t>
      </w:r>
    </w:p>
    <w:p>
      <w:pPr>
        <w:spacing w:after="120"/>
      </w:pPr>
      <w:r>
        <w:rPr>
          <w:b w:val="0"/>
          <w:i w:val="0"/>
          <w:sz w:val="22"/>
        </w:rPr>
        <w:t>Bydliště / sídlo: ____________________</w:t>
      </w:r>
    </w:p>
    <w:p>
      <w:pPr>
        <w:spacing w:after="120"/>
      </w:pPr>
      <w:r>
        <w:rPr>
          <w:b w:val="0"/>
          <w:i w:val="0"/>
          <w:sz w:val="22"/>
        </w:rPr>
        <w:t>ID datové schránky: ____________________</w:t>
      </w:r>
    </w:p>
    <w:p/>
    <w:p>
      <w:pPr>
        <w:spacing w:after="40"/>
      </w:pPr>
      <w:r>
        <w:rPr>
          <w:b/>
          <w:i w:val="0"/>
          <w:sz w:val="22"/>
        </w:rPr>
        <w:t>Správce daně, který napadené rozhodnutí vydal:</w:t>
      </w:r>
    </w:p>
    <w:p>
      <w:pPr>
        <w:spacing w:after="120"/>
      </w:pPr>
      <w:r>
        <w:rPr>
          <w:b w:val="0"/>
          <w:i w:val="0"/>
          <w:sz w:val="22"/>
        </w:rPr>
        <w:t>Finanční úřad pro ____________________</w:t>
      </w:r>
    </w:p>
    <w:p>
      <w:pPr>
        <w:spacing w:after="120"/>
      </w:pPr>
      <w:r>
        <w:rPr>
          <w:b w:val="0"/>
          <w:i w:val="0"/>
          <w:sz w:val="22"/>
        </w:rPr>
        <w:t>Územní pracoviště ____________________</w:t>
      </w:r>
    </w:p>
    <w:p>
      <w:pPr>
        <w:spacing w:after="120"/>
      </w:pPr>
      <w:r>
        <w:rPr>
          <w:b w:val="0"/>
          <w:i w:val="0"/>
          <w:sz w:val="22"/>
        </w:rPr>
        <w:t>Adresa: ____________________</w:t>
      </w:r>
    </w:p>
    <w:p/>
    <w:p>
      <w:pPr>
        <w:spacing w:after="120"/>
      </w:pPr>
      <w:r>
        <w:rPr>
          <w:b w:val="0"/>
          <w:i w:val="0"/>
          <w:sz w:val="22"/>
        </w:rPr>
        <w:t>V ____________________ dne ____________________</w:t>
      </w:r>
    </w:p>
    <w:p/>
    <w:p>
      <w:pPr>
        <w:spacing w:after="40"/>
        <w:jc w:val="center"/>
      </w:pPr>
      <w:r>
        <w:rPr>
          <w:b/>
          <w:i w:val="0"/>
          <w:sz w:val="36"/>
        </w:rPr>
        <w:t>ODVOLÁNÍ</w:t>
      </w:r>
    </w:p>
    <w:p>
      <w:pPr>
        <w:spacing w:after="200"/>
        <w:jc w:val="center"/>
      </w:pPr>
      <w:r>
        <w:rPr>
          <w:b w:val="0"/>
          <w:i w:val="0"/>
          <w:sz w:val="20"/>
        </w:rPr>
        <w:t>proti rozhodnutí správce daně podle § 109 a násl. zákona č. 280/2009 Sb., daňový řád, ve znění pozdějších předpisů</w:t>
      </w:r>
    </w:p>
    <w:p>
      <w:pPr>
        <w:spacing w:after="80"/>
      </w:pPr>
      <w:r>
        <w:rPr>
          <w:b/>
          <w:i w:val="0"/>
          <w:sz w:val="26"/>
        </w:rPr>
        <w:t>I. Označení napadeného rozhodnutí</w:t>
      </w:r>
    </w:p>
    <w:p>
      <w:pPr>
        <w:spacing w:after="120"/>
      </w:pPr>
      <w:r>
        <w:rPr>
          <w:b w:val="0"/>
          <w:i w:val="0"/>
          <w:sz w:val="22"/>
        </w:rPr>
        <w:t>Odvolávám se proti rozhodnutí (platebnímu výměru) č. j. ____________________ ze dne ____________________, které mi bylo doručeno dne ____________________.</w:t>
      </w:r>
    </w:p>
    <w:p>
      <w:pPr>
        <w:spacing w:after="80"/>
      </w:pPr>
      <w:r>
        <w:rPr>
          <w:b/>
          <w:i w:val="0"/>
          <w:sz w:val="26"/>
        </w:rPr>
        <w:t>II. Důvody odvolání</w:t>
      </w:r>
    </w:p>
    <w:p>
      <w:pPr>
        <w:spacing w:after="120"/>
      </w:pPr>
      <w:r>
        <w:rPr>
          <w:b w:val="0"/>
          <w:i w:val="0"/>
          <w:sz w:val="22"/>
        </w:rPr>
        <w:t>Nesprávnost nebo nezákonnost napadeného rozhodnutí spatřuji v tomto:</w:t>
      </w:r>
    </w:p>
    <w:p>
      <w:pPr>
        <w:spacing w:after="120"/>
      </w:pPr>
      <w:r>
        <w:rPr>
          <w:b w:val="0"/>
          <w:i w:val="0"/>
          <w:sz w:val="22"/>
        </w:rPr>
        <w:t>____________________________________________________________</w:t>
      </w:r>
    </w:p>
    <w:p>
      <w:pPr>
        <w:spacing w:after="120"/>
      </w:pPr>
      <w:r>
        <w:rPr>
          <w:b w:val="0"/>
          <w:i w:val="0"/>
          <w:sz w:val="22"/>
        </w:rPr>
        <w:t>____________________________________________________________</w:t>
      </w:r>
    </w:p>
    <w:p>
      <w:pPr>
        <w:spacing w:after="80"/>
      </w:pPr>
      <w:r>
        <w:rPr>
          <w:b/>
          <w:i w:val="0"/>
          <w:sz w:val="26"/>
        </w:rPr>
        <w:t>III. Označení důkazních prostředků</w:t>
      </w:r>
    </w:p>
    <w:p>
      <w:pPr>
        <w:spacing w:after="120"/>
      </w:pPr>
      <w:r>
        <w:rPr>
          <w:b w:val="0"/>
          <w:i w:val="0"/>
          <w:sz w:val="22"/>
        </w:rPr>
        <w:t>K tvrzením o skutkovém stavu uvedeným v tomto odvolání označuji tyto důkazní prostředky:</w:t>
      </w:r>
    </w:p>
    <w:p>
      <w:pPr>
        <w:spacing w:after="120"/>
      </w:pPr>
      <w:r>
        <w:rPr>
          <w:b w:val="0"/>
          <w:i w:val="0"/>
          <w:sz w:val="22"/>
        </w:rPr>
        <w:t>1. ____________________</w:t>
      </w:r>
    </w:p>
    <w:p>
      <w:pPr>
        <w:spacing w:after="120"/>
      </w:pPr>
      <w:r>
        <w:rPr>
          <w:b w:val="0"/>
          <w:i w:val="0"/>
          <w:sz w:val="22"/>
        </w:rPr>
        <w:t>2. ____________________</w:t>
      </w:r>
    </w:p>
    <w:p>
      <w:pPr>
        <w:spacing w:after="80"/>
      </w:pPr>
      <w:r>
        <w:rPr>
          <w:b/>
          <w:i w:val="0"/>
          <w:sz w:val="26"/>
        </w:rPr>
        <w:t>IV. Návrh na změnu nebo zrušení rozhodnutí</w:t>
      </w:r>
    </w:p>
    <w:p>
      <w:pPr>
        <w:spacing w:after="120"/>
      </w:pPr>
      <w:r>
        <w:rPr>
          <w:b w:val="0"/>
          <w:i w:val="0"/>
          <w:sz w:val="22"/>
        </w:rPr>
        <w:t>Navrhuji, aby bylo napadené rozhodnutí zrušeno / změněno takto: ____________________ (nehodící se škrtněte).</w:t>
      </w:r>
    </w:p>
    <w:p>
      <w:pPr>
        <w:spacing w:after="80"/>
      </w:pPr>
      <w:r>
        <w:rPr>
          <w:b/>
          <w:i w:val="0"/>
          <w:sz w:val="26"/>
        </w:rPr>
        <w:t>V. Přílohy</w:t>
      </w:r>
    </w:p>
    <w:p>
      <w:pPr>
        <w:spacing w:after="120"/>
      </w:pPr>
      <w:r>
        <w:rPr>
          <w:b w:val="0"/>
          <w:i w:val="0"/>
          <w:sz w:val="22"/>
        </w:rPr>
        <w:t>1. ____________________</w:t>
      </w:r>
    </w:p>
    <w:p/>
    <w:p/>
    <w:p>
      <w:pPr>
        <w:spacing w:after="120"/>
      </w:pPr>
      <w:r>
        <w:rPr>
          <w:b w:val="0"/>
          <w:i w:val="0"/>
          <w:sz w:val="22"/>
        </w:rPr>
        <w:t>____________________</w:t>
      </w:r>
    </w:p>
    <w:p>
      <w:pPr>
        <w:spacing w:after="120"/>
      </w:pPr>
      <w:r>
        <w:rPr>
          <w:b w:val="0"/>
          <w:i w:val="0"/>
          <w:sz w:val="22"/>
        </w:rPr>
        <w:t>podpis odvolatele</w:t>
      </w:r>
    </w:p>
    <w:p/>
    <w:p>
      <w:pPr>
        <w:spacing w:after="80"/>
      </w:pPr>
      <w:r>
        <w:rPr>
          <w:b w:val="0"/>
          <w:i/>
          <w:sz w:val="18"/>
        </w:rPr>
        <w:t>Poučení: Odvolání lze podat do 30 dnů ode dne doručení rozhodnutí, a to i před jeho doručením (§ 109 odst. 4 daňového řádu). Podává se u správce daně, jehož rozhodnutí je napadeno (§ 109 odst. 3). Odvolání nemá odkladný účinek, pokud zákon nestanoví jinak (§ 109 odst. 5): vyměřenou daň je proto zpravidla nutné uhradit i při podaném odvolání. Náležitosti odvolání stanoví § 112 odst. 1 daňového řádu.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