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sz w:val="22"/>
        </w:rPr>
        <w:t>Odstupující strana:</w:t>
      </w:r>
    </w:p>
    <w:p>
      <w:r>
        <w:rPr>
          <w:b w:val="0"/>
          <w:i w:val="0"/>
          <w:sz w:val="22"/>
        </w:rPr>
        <w:t>Obchodní firma / jméno a příjmení: ____________________</w:t>
      </w:r>
    </w:p>
    <w:p>
      <w:r>
        <w:rPr>
          <w:b w:val="0"/>
          <w:i w:val="0"/>
          <w:sz w:val="22"/>
        </w:rPr>
        <w:t>Sídlo / místo podnikání: ____________________</w:t>
      </w:r>
    </w:p>
    <w:p>
      <w:r>
        <w:rPr>
          <w:b w:val="0"/>
          <w:i w:val="0"/>
          <w:sz w:val="22"/>
        </w:rPr>
        <w:t>IČO: ____________________</w:t>
      </w:r>
    </w:p>
    <w:p>
      <w:r>
        <w:rPr>
          <w:b w:val="0"/>
          <w:i w:val="0"/>
          <w:sz w:val="22"/>
        </w:rPr>
        <w:t>Zastoupená: ____________________</w:t>
      </w:r>
    </w:p>
    <w:p/>
    <w:p>
      <w:r>
        <w:rPr>
          <w:b/>
          <w:i w:val="0"/>
          <w:sz w:val="22"/>
        </w:rPr>
        <w:t>Druhá smluvní strana:</w:t>
      </w:r>
    </w:p>
    <w:p>
      <w:r>
        <w:rPr>
          <w:b w:val="0"/>
          <w:i w:val="0"/>
          <w:sz w:val="22"/>
        </w:rPr>
        <w:t>Obchodní firma / jméno a příjmení: ____________________</w:t>
      </w:r>
    </w:p>
    <w:p>
      <w:r>
        <w:rPr>
          <w:b w:val="0"/>
          <w:i w:val="0"/>
          <w:sz w:val="22"/>
        </w:rPr>
        <w:t>Sídlo / místo podnikání: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r>
        <w:rPr>
          <w:b w:val="0"/>
          <w:i w:val="0"/>
          <w:sz w:val="22"/>
        </w:rPr>
        <w:t>V ____________________ dne ____________________</w:t>
      </w:r>
    </w:p>
    <w:p>
      <w:pPr>
        <w:spacing w:before="120"/>
        <w:jc w:val="center"/>
      </w:pPr>
      <w:r>
        <w:rPr>
          <w:b/>
          <w:i w:val="0"/>
          <w:sz w:val="36"/>
        </w:rPr>
        <w:t>ODSTOUPENÍ OD SMLOUVY</w:t>
      </w:r>
    </w:p>
    <w:p>
      <w:pPr>
        <w:jc w:val="center"/>
      </w:pPr>
      <w:r>
        <w:rPr>
          <w:b w:val="0"/>
          <w:i w:val="0"/>
          <w:sz w:val="20"/>
        </w:rPr>
        <w:t>podle § 2001 a § 2002 zákona č. 89/2012 Sb., občanský zákoník</w:t>
      </w:r>
    </w:p>
    <w:p/>
    <w:p>
      <w:pPr>
        <w:spacing w:before="160"/>
      </w:pPr>
      <w:r>
        <w:rPr>
          <w:b/>
          <w:i w:val="0"/>
          <w:sz w:val="24"/>
        </w:rPr>
        <w:t>I. Smlouva</w:t>
      </w:r>
    </w:p>
    <w:p>
      <w:r>
        <w:rPr>
          <w:b w:val="0"/>
          <w:i w:val="0"/>
          <w:sz w:val="22"/>
        </w:rPr>
        <w:t>Dne ____________________ jsme spolu uzavřeli ____________________ (označte smlouvu, například smlouvu o dílo nebo kupní smlouvu, číslo smlouvy nebo objednávky), jejímž předmětem je ____________________ (dále jen „smlouva“).</w:t>
      </w:r>
    </w:p>
    <w:p>
      <w:pPr>
        <w:spacing w:before="160"/>
      </w:pPr>
      <w:r>
        <w:rPr>
          <w:b/>
          <w:i w:val="0"/>
          <w:sz w:val="24"/>
        </w:rPr>
        <w:t>II. Důvod odstoupení</w:t>
      </w:r>
    </w:p>
    <w:p>
      <w:r>
        <w:rPr>
          <w:b w:val="0"/>
          <w:i w:val="0"/>
          <w:sz w:val="22"/>
        </w:rPr>
        <w:t>Podle čl. ____________________ smlouvy jste byli povinni ____________________ nejpozději do ____________________. Tuto povinnost jste nesplnili: ____________________ (popište konkrétně, co a kdy nebylo splněno, případně odkaz na výzvy ze dne ____________________).</w:t>
      </w:r>
    </w:p>
    <w:p>
      <w:r>
        <w:rPr>
          <w:b w:val="0"/>
          <w:i w:val="0"/>
          <w:sz w:val="22"/>
        </w:rPr>
        <w:t>Jde o podstatné porušení smlouvy ve smyslu § 2002 odst. 1 občanského zákoníku, protože ____________________ (vysvětlete, proč byste smlouvu při znalosti tohoto porušení neuzavřeli, například pevný termín byl pro nás rozhodující a byl výslovně sjednán). [Varianta: Právo odstoupit od smlouvy z tohoto důvodu je ujednáno v čl. ____________________ smlouvy.]</w:t>
      </w:r>
    </w:p>
    <w:p>
      <w:pPr>
        <w:spacing w:before="160"/>
      </w:pPr>
      <w:r>
        <w:rPr>
          <w:b/>
          <w:i w:val="0"/>
          <w:sz w:val="24"/>
        </w:rPr>
        <w:t>III. Odstoupení</w:t>
      </w:r>
    </w:p>
    <w:p>
      <w:r>
        <w:rPr>
          <w:b w:val="0"/>
          <w:i w:val="0"/>
          <w:sz w:val="22"/>
        </w:rPr>
        <w:t>Z výše uvedeného důvodu tímto bez zbytečného odkladu od smlouvy odstupujeme. Odstoupení je účinné dnem jeho doručení Vám. Odstoupením se závazek ze smlouvy podle § 2004 odst. 1 občanského zákoníku zrušuje od počátku. [Varianta při částečném plnění: Odstupujeme od smlouvy ohledně nesplněného zbytku plnění, tj. ____________________ (§ 2004 odst. 2 občanského zákoníku).]</w:t>
      </w:r>
    </w:p>
    <w:p>
      <w:pPr>
        <w:spacing w:before="160"/>
      </w:pPr>
      <w:r>
        <w:rPr>
          <w:b/>
          <w:i w:val="0"/>
          <w:sz w:val="24"/>
        </w:rPr>
        <w:t>IV. Vrácení plnění</w:t>
      </w:r>
    </w:p>
    <w:p>
      <w:r>
        <w:rPr>
          <w:b w:val="0"/>
          <w:i w:val="0"/>
          <w:sz w:val="22"/>
        </w:rPr>
        <w:t>Vyzýváme Vás, abyste nám do ____________________ dnů od doručení tohoto odstoupení vrátili zaplacenou zálohu nebo cenu ve výši ____________________ Kč na účet č. ____________________, variabilní symbol ____________________. Plnění, které jsme od Vás obdrželi, tj. ____________________, Vám vrátíme / je připraveno k vyzvednutí na adrese ____________________.</w:t>
      </w:r>
    </w:p>
    <w:p>
      <w:pPr>
        <w:spacing w:before="160"/>
      </w:pPr>
      <w:r>
        <w:rPr>
          <w:b/>
          <w:i w:val="0"/>
          <w:sz w:val="24"/>
        </w:rPr>
        <w:t>V. Další nároky</w:t>
      </w:r>
    </w:p>
    <w:p>
      <w:r>
        <w:rPr>
          <w:b w:val="0"/>
          <w:i w:val="0"/>
          <w:sz w:val="22"/>
        </w:rPr>
        <w:t>Podle § 2005 odst. 2 občanského zákoníku se odstoupení nedotýká našeho práva na zaplacení smluvní pokuty nebo úroku z prodlení, pokud již dospěl, ani práva na náhradu škody vzniklé porušením smluvní povinnosti. Tato práva si výslovně vyhrazujeme a uplatníme je samostatně.</w:t>
      </w:r>
    </w:p>
    <w:p/>
    <w:p>
      <w:r>
        <w:rPr>
          <w:b w:val="0"/>
          <w:i w:val="0"/>
          <w:sz w:val="22"/>
        </w:rPr>
        <w:t>....................................................</w:t>
      </w:r>
    </w:p>
    <w:p>
      <w:r>
        <w:rPr>
          <w:b w:val="0"/>
          <w:i w:val="0"/>
          <w:sz w:val="20"/>
        </w:rPr>
        <w:t>Za odstupující stranu: jméno, funkce a podpis</w:t>
      </w:r>
    </w:p>
    <w:p/>
    <w:p>
      <w:r>
        <w:rPr>
          <w:b w:val="0"/>
          <w:i/>
          <w:sz w:val="18"/>
        </w:rPr>
        <w:t>Doporučení: odstoupení doručte prokazatelně, například doporučeným dopisem s dodejkou nebo do datové schránky. Kopii si uschovejte.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odstoupeni-od-smlouvy-mezi-podnikateli-vzor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