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/>
        <w:jc w:val="center"/>
      </w:pPr>
      <w:r>
        <w:rPr>
          <w:b/>
          <w:i w:val="0"/>
          <w:sz w:val="36"/>
        </w:rPr>
        <w:t>LISTINA PŘÍTOMNÝCH NA VALNÉ HROMADĚ</w:t>
      </w:r>
    </w:p>
    <w:p>
      <w:pPr>
        <w:jc w:val="center"/>
      </w:pPr>
      <w:r>
        <w:rPr>
          <w:b w:val="0"/>
          <w:i w:val="0"/>
          <w:sz w:val="20"/>
        </w:rPr>
        <w:t>podle § 188 odst. 2 zákona č. 90/2012 Sb., o obchodních korporacích</w:t>
      </w:r>
    </w:p>
    <w:p/>
    <w:p>
      <w:r>
        <w:rPr>
          <w:b w:val="0"/>
          <w:i w:val="0"/>
          <w:sz w:val="22"/>
        </w:rPr>
        <w:t>Společnost (firma): ____________________    IČO: ____________________</w:t>
      </w:r>
    </w:p>
    <w:p>
      <w:r>
        <w:rPr>
          <w:b w:val="0"/>
          <w:i w:val="0"/>
          <w:sz w:val="22"/>
        </w:rPr>
        <w:t>Sídlo: ____________________</w:t>
      </w:r>
    </w:p>
    <w:p>
      <w:r>
        <w:rPr>
          <w:b w:val="0"/>
          <w:i w:val="0"/>
          <w:sz w:val="22"/>
        </w:rPr>
        <w:t>Datum a místo konání valné hromady: ____________________    Zahájení v ____________________ hodin</w:t>
      </w:r>
    </w:p>
    <w:p>
      <w:r>
        <w:rPr>
          <w:b w:val="0"/>
          <w:i w:val="0"/>
          <w:sz w:val="22"/>
        </w:rPr>
        <w:t>Celkový počet hlasů ve společnosti: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91"/>
        <w:gridCol w:w="2391"/>
        <w:gridCol w:w="2391"/>
        <w:gridCol w:w="2391"/>
        <w:gridCol w:w="2391"/>
        <w:gridCol w:w="2391"/>
      </w:tblGrid>
      <w:tr>
        <w:tc>
          <w:tcPr>
            <w:tcW w:type="dxa" w:w="567"/>
          </w:tcPr>
          <w:p>
            <w:r/>
            <w:r>
              <w:rPr>
                <w:b/>
                <w:sz w:val="20"/>
              </w:rPr>
              <w:t>Č.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Společník: jméno / firma</w:t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20"/>
              </w:rPr>
              <w:t>Bydliště / sídlo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20"/>
              </w:rPr>
              <w:t>Zástupce: jméno a bydliště / sídlo (je-li)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20"/>
              </w:rPr>
              <w:t>Počet hlasů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Podpis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sz w:val="20"/>
              </w:rPr>
              <w:t>10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b w:val="0"/>
          <w:i w:val="0"/>
          <w:sz w:val="22"/>
        </w:rPr>
        <w:t>Přítomní společníci mají celkem ____________________ hlasů, tj. ____________________ % všech hlasů.</w:t>
      </w:r>
    </w:p>
    <w:p>
      <w:pPr>
        <w:spacing w:before="160"/>
      </w:pPr>
      <w:r>
        <w:rPr>
          <w:b/>
          <w:i w:val="0"/>
          <w:sz w:val="24"/>
        </w:rPr>
        <w:t>Odmítnutí zápisu do listiny přítomných (§ 413 odst. 2 ve spojení s § 188 odst. 2)</w:t>
      </w:r>
    </w:p>
    <w:p>
      <w:r>
        <w:rPr>
          <w:b w:val="0"/>
          <w:i w:val="0"/>
          <w:sz w:val="22"/>
        </w:rPr>
        <w:t>Osoba, jejíž zápis byl odmítnut: ____________________</w:t>
      </w:r>
    </w:p>
    <w:p>
      <w:r>
        <w:rPr>
          <w:b w:val="0"/>
          <w:i w:val="0"/>
          <w:sz w:val="22"/>
        </w:rPr>
        <w:t>Důvod odmítnutí: ____________________</w:t>
      </w:r>
    </w:p>
    <w:p>
      <w:pPr>
        <w:spacing w:before="160"/>
      </w:pPr>
      <w:r>
        <w:rPr>
          <w:b/>
          <w:i w:val="0"/>
          <w:sz w:val="24"/>
        </w:rPr>
        <w:t>Potvrzení správnosti listiny</w:t>
      </w:r>
    </w:p>
    <w:p>
      <w:r>
        <w:rPr>
          <w:b w:val="0"/>
          <w:i w:val="0"/>
          <w:sz w:val="22"/>
        </w:rPr>
        <w:t>Správnost listiny přítomných potvrzuje svým podpisem svolavatel nebo jím určená osoba (§ 413 odst. 3 ve spojení s § 188 odst. 2 zákona o obchodních korporacích).</w:t>
      </w:r>
    </w:p>
    <w:p>
      <w:r>
        <w:rPr>
          <w:b w:val="0"/>
          <w:i w:val="0"/>
          <w:sz w:val="22"/>
        </w:rPr>
        <w:t>V ____________________ dne ____________________</w:t>
      </w:r>
    </w:p>
    <w:p/>
    <w:p>
      <w:r>
        <w:rPr>
          <w:b w:val="0"/>
          <w:i w:val="0"/>
          <w:sz w:val="22"/>
        </w:rPr>
        <w:t>....................................................</w:t>
      </w:r>
    </w:p>
    <w:p>
      <w:r>
        <w:rPr>
          <w:b w:val="0"/>
          <w:i w:val="0"/>
          <w:sz w:val="20"/>
        </w:rPr>
        <w:t>Svolavatel / jím určená osoba (jméno a podpis)</w:t>
      </w:r>
    </w:p>
    <w:p/>
    <w:p>
      <w:r>
        <w:rPr>
          <w:b w:val="0"/>
          <w:i/>
          <w:sz w:val="18"/>
        </w:rPr>
        <w:t>Listina přítomných se přikládá k zápisu z jednání valné hromady spolu s předloženými návrhy a prohlášeními (§ 189 odst. 2 zákona o obchodních korporacích). Plné moci zástupců přiložte k listině.</w:t>
      </w:r>
    </w:p>
    <w:sectPr w:rsidR="00FC693F" w:rsidRPr="0006063C" w:rsidSect="00034616">
      <w:footerReference w:type="default" r:id="rId9"/>
      <w:pgSz w:w="16838" w:h="11906" w:orient="landscape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listina-pritomnych-valne-hromady-vzor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