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/>
        <w:jc w:val="center"/>
      </w:pPr>
      <w:r>
        <w:rPr>
          <w:b/>
          <w:i w:val="0"/>
          <w:sz w:val="36"/>
        </w:rPr>
        <w:t>ODSTOUPENÍ OD SMLOUVY</w:t>
      </w:r>
    </w:p>
    <w:p>
      <w:pPr>
        <w:jc w:val="center"/>
      </w:pPr>
      <w:r>
        <w:rPr>
          <w:b w:val="0"/>
          <w:i w:val="0"/>
          <w:sz w:val="20"/>
        </w:rPr>
        <w:t>Vzorový formulář pro odstoupení od smlouvy uzavřené distančním způsobem nebo mimo obchodní prostory podle přílohy písm. b) nařízení vlády č. 29/2023 Sb.</w:t>
      </w:r>
    </w:p>
    <w:p/>
    <w:p>
      <w:r>
        <w:rPr>
          <w:b w:val="0"/>
          <w:i/>
          <w:sz w:val="22"/>
        </w:rPr>
        <w:t>(vyplňte tento formulář a pošlete jej zpět pouze v případě, že chcete odstoupit od smlouvy)</w:t>
      </w:r>
    </w:p>
    <w:p>
      <w:r>
        <w:rPr>
          <w:b/>
          <w:i w:val="0"/>
          <w:sz w:val="22"/>
        </w:rPr>
        <w:t>Adresát:</w:t>
      </w:r>
    </w:p>
    <w:p>
      <w:r>
        <w:rPr>
          <w:b w:val="0"/>
          <w:i w:val="0"/>
          <w:sz w:val="22"/>
        </w:rPr>
        <w:t>Obchodní firma / jméno a příjmení prodávajícího: ____________________</w:t>
      </w:r>
    </w:p>
    <w:p>
      <w:r>
        <w:rPr>
          <w:b w:val="0"/>
          <w:i w:val="0"/>
          <w:sz w:val="22"/>
        </w:rPr>
        <w:t>Adresa sídla: ____________________</w:t>
      </w:r>
    </w:p>
    <w:p>
      <w:r>
        <w:rPr>
          <w:b w:val="0"/>
          <w:i w:val="0"/>
          <w:sz w:val="22"/>
        </w:rPr>
        <w:t>Adresa pro doručování elektronické pošty: ____________________</w:t>
      </w:r>
    </w:p>
    <w:p/>
    <w:p>
      <w:r>
        <w:rPr>
          <w:b w:val="0"/>
          <w:i w:val="0"/>
          <w:sz w:val="22"/>
        </w:rPr>
        <w:t>Oznamuji/oznamujeme (*), že tímto odstupuji/odstupujeme (*) od smlouvy o koupi tohoto zboží (*) / o poskytnutí těchto služeb (*):</w:t>
      </w:r>
    </w:p>
    <w:p>
      <w:r>
        <w:rPr>
          <w:b w:val="0"/>
          <w:i w:val="0"/>
          <w:sz w:val="22"/>
        </w:rPr>
        <w:t>____________________</w:t>
      </w:r>
    </w:p>
    <w:p>
      <w:r>
        <w:rPr>
          <w:b w:val="0"/>
          <w:i w:val="0"/>
          <w:sz w:val="22"/>
        </w:rPr>
        <w:t>Datum objednání (*) / datum obdržení (*): ____________________</w:t>
      </w:r>
    </w:p>
    <w:p>
      <w:r>
        <w:rPr>
          <w:b w:val="0"/>
          <w:i w:val="0"/>
          <w:sz w:val="22"/>
        </w:rPr>
        <w:t>Jméno a příjmení spotřebitele/spotřebitelů: ____________________</w:t>
      </w:r>
    </w:p>
    <w:p>
      <w:r>
        <w:rPr>
          <w:b w:val="0"/>
          <w:i w:val="0"/>
          <w:sz w:val="22"/>
        </w:rPr>
        <w:t>Adresa spotřebitele/spotřebitelů: ____________________</w:t>
      </w:r>
    </w:p>
    <w:p/>
    <w:p>
      <w:r>
        <w:rPr>
          <w:b/>
          <w:i w:val="0"/>
          <w:sz w:val="22"/>
        </w:rPr>
        <w:t>Nepovinné údaje, které vyřízení urychlí:</w:t>
      </w:r>
    </w:p>
    <w:p>
      <w:r>
        <w:rPr>
          <w:b w:val="0"/>
          <w:i w:val="0"/>
          <w:sz w:val="22"/>
        </w:rPr>
        <w:t>Číslo objednávky: ____________________</w:t>
      </w:r>
    </w:p>
    <w:p>
      <w:r>
        <w:rPr>
          <w:b w:val="0"/>
          <w:i w:val="0"/>
          <w:sz w:val="22"/>
        </w:rPr>
        <w:t>Číslo účtu pro vrácení peněz (jen pokud chcete vrátit peníze jinak, než jste platili): ____________________</w:t>
      </w:r>
    </w:p>
    <w:p/>
    <w:p>
      <w:r>
        <w:rPr>
          <w:b w:val="0"/>
          <w:i w:val="0"/>
          <w:sz w:val="22"/>
        </w:rPr>
        <w:t>Datum: ____________________</w:t>
      </w:r>
    </w:p>
    <w:p/>
    <w:p>
      <w:r>
        <w:rPr>
          <w:b w:val="0"/>
          <w:i w:val="0"/>
          <w:sz w:val="22"/>
        </w:rPr>
        <w:t>....................................................</w:t>
      </w:r>
    </w:p>
    <w:p>
      <w:r>
        <w:rPr>
          <w:b w:val="0"/>
          <w:i w:val="0"/>
          <w:sz w:val="20"/>
        </w:rPr>
        <w:t>Podpis spotřebitele/spotřebitelů (pouze pokud je tento formulář zasílán na listině)</w:t>
      </w:r>
    </w:p>
    <w:p/>
    <w:p>
      <w:r>
        <w:rPr>
          <w:b w:val="0"/>
          <w:i/>
          <w:sz w:val="18"/>
        </w:rPr>
        <w:t>(*) Nehodící se škrtněte nebo údaje doplňte.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formular-pro-odstoupeni-od-smlouvy-vzor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