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sz w:val="48"/>
        </w:rPr>
        <w:t>FAKTURA</w:t>
      </w:r>
    </w:p>
    <w:p>
      <w:pPr>
        <w:spacing w:after="280"/>
      </w:pPr>
      <w:r>
        <w:rPr>
          <w:b/>
          <w:sz w:val="24"/>
        </w:rPr>
        <w:t>Číslo faktury: ____________________</w:t>
      </w:r>
    </w:p>
    <w:p>
      <w:pPr>
        <w:spacing w:before="120" w:after="80"/>
      </w:pPr>
      <w:r>
        <w:rPr>
          <w:b/>
          <w:sz w:val="26"/>
        </w:rPr>
        <w:t>Dodavatel</w:t>
      </w:r>
    </w:p>
    <w:p>
      <w:pPr>
        <w:spacing w:after="160"/>
      </w:pPr>
      <w:r>
        <w:rPr>
          <w:b w:val="0"/>
          <w:sz w:val="22"/>
        </w:rPr>
        <w:t>Jméno a příjmení / název: ______________________________________</w:t>
      </w:r>
    </w:p>
    <w:p>
      <w:pPr>
        <w:spacing w:after="160"/>
      </w:pPr>
      <w:r>
        <w:rPr>
          <w:b w:val="0"/>
          <w:sz w:val="22"/>
        </w:rPr>
        <w:t>Adresa: ______________________________________</w:t>
      </w:r>
    </w:p>
    <w:p>
      <w:pPr>
        <w:spacing w:after="160"/>
      </w:pPr>
      <w:r>
        <w:rPr>
          <w:b w:val="0"/>
          <w:sz w:val="22"/>
        </w:rPr>
        <w:t>IČO: ______________________________________</w:t>
      </w:r>
    </w:p>
    <w:p>
      <w:pPr>
        <w:spacing w:after="80"/>
      </w:pPr>
      <w:r>
        <w:rPr>
          <w:b w:val="0"/>
          <w:color w:val="666666"/>
          <w:sz w:val="20"/>
        </w:rPr>
        <w:t>Fyzická osoba zapsaná v živnostenském rejstříku.</w:t>
      </w:r>
    </w:p>
    <w:p>
      <w:pPr>
        <w:spacing w:after="240"/>
      </w:pPr>
      <w:r>
        <w:rPr>
          <w:b/>
          <w:sz w:val="22"/>
        </w:rPr>
        <w:t>Nejsem plátce DPH.</w:t>
      </w:r>
    </w:p>
    <w:p>
      <w:pPr>
        <w:spacing w:before="120" w:after="80"/>
      </w:pPr>
      <w:r>
        <w:rPr>
          <w:b/>
          <w:sz w:val="26"/>
        </w:rPr>
        <w:t>Odběratel</w:t>
      </w:r>
    </w:p>
    <w:p>
      <w:pPr>
        <w:spacing w:after="160"/>
      </w:pPr>
      <w:r>
        <w:rPr>
          <w:b w:val="0"/>
          <w:sz w:val="22"/>
        </w:rPr>
        <w:t>Jméno a příjmení / název: ______________________________________</w:t>
      </w:r>
    </w:p>
    <w:p>
      <w:pPr>
        <w:spacing w:after="160"/>
      </w:pPr>
      <w:r>
        <w:rPr>
          <w:b w:val="0"/>
          <w:sz w:val="22"/>
        </w:rPr>
        <w:t>Adresa: ______________________________________</w:t>
      </w:r>
    </w:p>
    <w:p>
      <w:pPr>
        <w:spacing w:after="280"/>
      </w:pPr>
      <w:r>
        <w:rPr>
          <w:b w:val="0"/>
          <w:sz w:val="22"/>
        </w:rPr>
        <w:t>IČO: ______________________________________</w:t>
      </w:r>
    </w:p>
    <w:p>
      <w:pPr>
        <w:spacing w:before="120" w:after="80"/>
      </w:pPr>
      <w:r>
        <w:rPr>
          <w:b/>
          <w:sz w:val="26"/>
        </w:rPr>
        <w:t>Fakturuji vám za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  <w:sz w:val="22"/>
              </w:rPr>
              <w:t>Popis práce nebo zboží</w:t>
            </w:r>
          </w:p>
        </w:tc>
        <w:tc>
          <w:tcPr>
            <w:tcW w:type="dxa" w:w="4873"/>
          </w:tcPr>
          <w:p>
            <w:r>
              <w:rPr>
                <w:b/>
                <w:sz w:val="22"/>
              </w:rPr>
              <w:t>Částka (Kč)</w:t>
            </w:r>
          </w:p>
        </w:tc>
      </w:tr>
      <w:tr>
        <w:tc>
          <w:tcPr>
            <w:tcW w:type="dxa" w:w="4873"/>
          </w:tcPr>
          <w:p>
            <w:pPr>
              <w:spacing w:before="280" w:after="280"/>
            </w:pPr>
            <w:r>
              <w:rPr>
                <w:sz w:val="22"/>
              </w:rPr>
              <w:t xml:space="preserve"> </w:t>
            </w:r>
          </w:p>
        </w:tc>
        <w:tc>
          <w:tcPr>
            <w:tcW w:type="dxa" w:w="4873"/>
          </w:tcPr>
          <w:p>
            <w:pPr>
              <w:spacing w:before="280" w:after="280"/>
            </w:pPr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4873"/>
          </w:tcPr>
          <w:p>
            <w:pPr>
              <w:spacing w:before="280" w:after="280"/>
            </w:pPr>
            <w:r>
              <w:rPr>
                <w:sz w:val="22"/>
              </w:rPr>
              <w:t xml:space="preserve"> </w:t>
            </w:r>
          </w:p>
        </w:tc>
        <w:tc>
          <w:tcPr>
            <w:tcW w:type="dxa" w:w="4873"/>
          </w:tcPr>
          <w:p>
            <w:pPr>
              <w:spacing w:before="280" w:after="280"/>
            </w:pPr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4873"/>
          </w:tcPr>
          <w:p>
            <w:r>
              <w:rPr>
                <w:b/>
                <w:sz w:val="22"/>
              </w:rPr>
              <w:t>CELKEM K ÚHRADĚ</w:t>
            </w:r>
          </w:p>
        </w:tc>
        <w:tc>
          <w:tcPr>
            <w:tcW w:type="dxa" w:w="4873"/>
          </w:tcPr>
          <w:p>
            <w:r>
              <w:rPr>
                <w:b/>
                <w:sz w:val="22"/>
              </w:rPr>
              <w:t>____________ Kč</w:t>
            </w:r>
          </w:p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60"/>
      </w:pPr>
      <w:r>
        <w:rPr>
          <w:b w:val="0"/>
          <w:sz w:val="22"/>
        </w:rPr>
        <w:t>Datum vystavení: ____________________</w:t>
      </w:r>
    </w:p>
    <w:p>
      <w:pPr>
        <w:spacing w:after="160"/>
      </w:pPr>
      <w:r>
        <w:rPr>
          <w:b w:val="0"/>
          <w:sz w:val="22"/>
        </w:rPr>
        <w:t>Datum splatnosti: ____________________</w:t>
      </w:r>
    </w:p>
    <w:p>
      <w:pPr>
        <w:spacing w:after="160"/>
      </w:pPr>
      <w:r>
        <w:rPr>
          <w:b w:val="0"/>
          <w:sz w:val="22"/>
        </w:rPr>
        <w:t>Číslo účtu: ____________________</w:t>
      </w:r>
    </w:p>
    <w:p>
      <w:pPr>
        <w:spacing w:after="240"/>
      </w:pPr>
      <w:r>
        <w:rPr>
          <w:b w:val="0"/>
          <w:sz w:val="22"/>
        </w:rPr>
        <w:t>Variabilní symbol: ____________________</w:t>
      </w:r>
    </w:p>
    <w:p>
      <w:pPr>
        <w:spacing w:after="0"/>
      </w:pPr>
      <w:r>
        <w:rPr>
          <w:b w:val="0"/>
          <w:color w:val="666666"/>
          <w:sz w:val="20"/>
        </w:rPr>
        <w:t>Částka je konečná, nejsem plátce DPH.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