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sz w:val="44"/>
        </w:rPr>
        <w:t>INVOICE</w:t>
      </w:r>
    </w:p>
    <w:p>
      <w:pPr>
        <w:spacing w:after="240"/>
      </w:pPr>
      <w:r>
        <w:rPr>
          <w:b/>
          <w:sz w:val="22"/>
        </w:rPr>
        <w:t>Invoice number: 2026001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  <w:sz w:val="20"/>
              </w:rPr>
              <w:t>SUPPLIER</w:t>
            </w:r>
          </w:p>
          <w:p>
            <w:r>
              <w:rPr>
                <w:b w:val="0"/>
                <w:sz w:val="20"/>
              </w:rPr>
              <w:t>Name / business name: ____________________</w:t>
            </w:r>
          </w:p>
          <w:p>
            <w:r>
              <w:rPr>
                <w:b w:val="0"/>
                <w:sz w:val="20"/>
              </w:rPr>
              <w:t>Address: ____________________</w:t>
            </w:r>
          </w:p>
          <w:p>
            <w:r>
              <w:rPr>
                <w:b w:val="0"/>
                <w:sz w:val="20"/>
              </w:rPr>
              <w:t>City, ZIP: ____________________</w:t>
            </w:r>
          </w:p>
          <w:p>
            <w:r>
              <w:rPr>
                <w:b w:val="0"/>
                <w:sz w:val="20"/>
              </w:rPr>
              <w:t>Country: Czech Republic</w:t>
            </w:r>
          </w:p>
          <w:p>
            <w:r>
              <w:rPr>
                <w:b w:val="0"/>
                <w:sz w:val="20"/>
              </w:rPr>
              <w:t>Company ID (ICO): ____________________</w:t>
            </w:r>
          </w:p>
          <w:p>
            <w:r>
              <w:rPr>
                <w:b w:val="0"/>
                <w:sz w:val="20"/>
              </w:rPr>
              <w:t>Registered in the Trade Licensing Register.</w:t>
            </w:r>
          </w:p>
          <w:p>
            <w:r>
              <w:rPr>
                <w:b w:val="0"/>
                <w:sz w:val="20"/>
              </w:rPr>
              <w:t>Not a VAT payer.</w:t>
            </w:r>
          </w:p>
        </w:tc>
        <w:tc>
          <w:tcPr>
            <w:tcW w:type="dxa" w:w="4873"/>
          </w:tcPr>
          <w:p>
            <w:r>
              <w:rPr>
                <w:b/>
                <w:sz w:val="20"/>
              </w:rPr>
              <w:t>CUSTOMER</w:t>
            </w:r>
          </w:p>
          <w:p>
            <w:r>
              <w:rPr>
                <w:b w:val="0"/>
                <w:sz w:val="20"/>
              </w:rPr>
              <w:t>Name / business name: ____________________</w:t>
            </w:r>
          </w:p>
          <w:p>
            <w:r>
              <w:rPr>
                <w:b w:val="0"/>
                <w:sz w:val="20"/>
              </w:rPr>
              <w:t>Address: ____________________</w:t>
            </w:r>
          </w:p>
          <w:p>
            <w:r>
              <w:rPr>
                <w:b w:val="0"/>
                <w:sz w:val="20"/>
              </w:rPr>
              <w:t>City, ZIP: ____________________</w:t>
            </w:r>
          </w:p>
          <w:p>
            <w:r>
              <w:rPr>
                <w:b w:val="0"/>
                <w:sz w:val="20"/>
              </w:rPr>
              <w:t>Country: ____________________</w:t>
            </w:r>
          </w:p>
          <w:p>
            <w:r>
              <w:rPr>
                <w:b w:val="0"/>
                <w:sz w:val="20"/>
              </w:rPr>
              <w:t>Company ID / VAT ID: ____________________</w:t>
            </w:r>
          </w:p>
        </w:tc>
      </w:tr>
    </w:tbl>
    <w:p>
      <w:pPr>
        <w:spacing w:after="40"/>
      </w:pPr>
      <w:r>
        <w:rPr>
          <w:b w:val="0"/>
          <w:sz w:val="22"/>
        </w:rPr>
      </w:r>
    </w:p>
    <w:p>
      <w:pPr>
        <w:spacing w:after="40"/>
      </w:pPr>
      <w:r>
        <w:rPr>
          <w:b w:val="0"/>
          <w:sz w:val="22"/>
        </w:rPr>
        <w:t>Issue date: ____________________</w:t>
      </w:r>
    </w:p>
    <w:p>
      <w:pPr>
        <w:spacing w:after="40"/>
      </w:pPr>
      <w:r>
        <w:rPr>
          <w:b w:val="0"/>
          <w:sz w:val="22"/>
        </w:rPr>
        <w:t>Due date: ____________________</w:t>
      </w:r>
    </w:p>
    <w:p>
      <w:pPr>
        <w:spacing w:after="200"/>
      </w:pPr>
      <w:r>
        <w:rPr>
          <w:b w:val="0"/>
          <w:sz w:val="22"/>
        </w:rPr>
        <w:t>Payment method: bank transfer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0"/>
              </w:rPr>
              <w:t>Description of goods or services</w:t>
            </w:r>
          </w:p>
        </w:tc>
        <w:tc>
          <w:tcPr>
            <w:tcW w:type="dxa" w:w="2436"/>
          </w:tcPr>
          <w:p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436"/>
          </w:tcPr>
          <w:p>
            <w:r>
              <w:rPr>
                <w:b/>
                <w:sz w:val="20"/>
              </w:rPr>
              <w:t>Unit price</w:t>
            </w:r>
          </w:p>
        </w:tc>
        <w:tc>
          <w:tcPr>
            <w:tcW w:type="dxa" w:w="2436"/>
          </w:tcPr>
          <w:p>
            <w:r>
              <w:rPr>
                <w:b/>
                <w:sz w:val="20"/>
              </w:rPr>
              <w:t>Amount</w:t>
            </w:r>
          </w:p>
        </w:tc>
      </w:tr>
      <w:tr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  <w:tc>
          <w:tcPr>
            <w:tcW w:type="dxa" w:w="2436"/>
          </w:tcPr>
          <w:p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rPr>
                <w:b/>
                <w:sz w:val="20"/>
              </w:rPr>
              <w:t>TOTAL DUE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>
            <w:r>
              <w:rPr>
                <w:b/>
                <w:sz w:val="20"/>
              </w:rPr>
              <w:t>____________ EUR</w:t>
            </w:r>
          </w:p>
        </w:tc>
      </w:tr>
    </w:tbl>
    <w:p>
      <w:pPr>
        <w:spacing w:before="240" w:after="80"/>
      </w:pPr>
      <w:r>
        <w:rPr>
          <w:b/>
          <w:sz w:val="24"/>
        </w:rPr>
        <w:t>Bank details</w:t>
      </w:r>
    </w:p>
    <w:p>
      <w:pPr>
        <w:spacing w:after="40"/>
      </w:pPr>
      <w:r>
        <w:rPr>
          <w:b w:val="0"/>
          <w:sz w:val="22"/>
        </w:rPr>
        <w:t>Bank name: ____________________</w:t>
      </w:r>
    </w:p>
    <w:p>
      <w:pPr>
        <w:spacing w:after="40"/>
      </w:pPr>
      <w:r>
        <w:rPr>
          <w:b w:val="0"/>
          <w:sz w:val="22"/>
        </w:rPr>
        <w:t>Account number: ____________________</w:t>
      </w:r>
    </w:p>
    <w:p>
      <w:pPr>
        <w:spacing w:after="40"/>
      </w:pPr>
      <w:r>
        <w:rPr>
          <w:b w:val="0"/>
          <w:sz w:val="22"/>
        </w:rPr>
        <w:t>IBAN: ____________________</w:t>
      </w:r>
    </w:p>
    <w:p>
      <w:pPr>
        <w:spacing w:after="40"/>
      </w:pPr>
      <w:r>
        <w:rPr>
          <w:b w:val="0"/>
          <w:sz w:val="22"/>
        </w:rPr>
        <w:t>SWIFT / BIC: ____________________</w:t>
      </w:r>
    </w:p>
    <w:p>
      <w:pPr>
        <w:spacing w:after="200"/>
      </w:pPr>
      <w:r>
        <w:rPr>
          <w:b w:val="0"/>
          <w:sz w:val="22"/>
        </w:rPr>
        <w:t>Variable symbol / payment reference: 2026001</w:t>
      </w:r>
    </w:p>
    <w:p>
      <w:pPr>
        <w:spacing w:before="240" w:after="80"/>
      </w:pPr>
      <w:r>
        <w:rPr>
          <w:b/>
          <w:sz w:val="24"/>
        </w:rPr>
        <w:t>Notes</w:t>
      </w:r>
    </w:p>
    <w:p>
      <w:pPr>
        <w:spacing w:after="120"/>
      </w:pPr>
      <w:r>
        <w:rPr>
          <w:b w:val="0"/>
          <w:sz w:val="20"/>
        </w:rPr>
        <w:t>The supplier is not a VAT payer. VAT is not charged on this invoice; the amount stated is final.</w:t>
      </w:r>
    </w:p>
    <w:p>
      <w:pPr>
        <w:spacing w:after="120"/>
      </w:pPr>
      <w:r>
        <w:rPr>
          <w:b w:val="0"/>
          <w:color w:val="666666"/>
          <w:sz w:val="18"/>
        </w:rPr>
        <w:t>If the supplier is registered for VAT, delete the sentence above and add: VAT ID (DIC), date of taxable supply, tax base, VAT rate and VAT amount. For services supplied to a VAT registered business in another EU member state, state: Reverse charge - VAT to be accounted for by the recipient.</w:t>
      </w:r>
    </w:p>
    <w:p>
      <w:pPr>
        <w:spacing w:after="0"/>
      </w:pPr>
      <w:r>
        <w:rPr>
          <w:b w:val="0"/>
          <w:sz w:val="20"/>
        </w:rPr>
        <w:t>Thank you for your business.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