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DOHODA O ROZVÁZÁNÍ PRACOVNÍHO POMĚRU</w:t>
      </w:r>
    </w:p>
    <w:p>
      <w:pPr>
        <w:jc w:val="center"/>
      </w:pPr>
      <w:r>
        <w:rPr>
          <w:sz w:val="20"/>
        </w:rPr>
        <w:t>uzavřená podle § 49 zákona č. 262/2006 Sb., zákoník práce, ve znění pozdějších předpisů</w:t>
      </w:r>
    </w:p>
    <w:p>
      <w:r>
        <w:rPr>
          <w:b/>
          <w:sz w:val="26"/>
        </w:rPr>
        <w:t>I. Smluvní strany</w:t>
      </w:r>
    </w:p>
    <w:p>
      <w:r>
        <w:rPr>
          <w:b/>
          <w:sz w:val="22"/>
        </w:rPr>
        <w:t>Zaměstnavatel: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místo podnikání: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 w:val="0"/>
          <w:sz w:val="22"/>
        </w:rPr>
        <w:t>Zastoupený: ____________________</w:t>
      </w:r>
    </w:p>
    <w:p>
      <w:r>
        <w:rPr>
          <w:b w:val="0"/>
          <w:sz w:val="20"/>
        </w:rPr>
        <w:t>(dále jen „zaměstnavatel“)</w:t>
      </w:r>
    </w:p>
    <w:p>
      <w:r>
        <w:rPr>
          <w:b/>
          <w:sz w:val="22"/>
        </w:rPr>
        <w:t>Zaměstnanec:</w:t>
      </w:r>
    </w:p>
    <w:p>
      <w:r>
        <w:rPr>
          <w:b w:val="0"/>
          <w:sz w:val="22"/>
        </w:rPr>
        <w:t>Jméno a příjmení: ____________________</w:t>
      </w:r>
    </w:p>
    <w:p>
      <w:r>
        <w:rPr>
          <w:b w:val="0"/>
          <w:sz w:val="22"/>
        </w:rPr>
        <w:t>Datum narození: ____________________</w:t>
      </w:r>
    </w:p>
    <w:p>
      <w:r>
        <w:rPr>
          <w:b w:val="0"/>
          <w:sz w:val="22"/>
        </w:rPr>
        <w:t>Bydliště: ____________________</w:t>
      </w:r>
    </w:p>
    <w:p>
      <w:r>
        <w:rPr>
          <w:b w:val="0"/>
          <w:sz w:val="20"/>
        </w:rPr>
        <w:t>(dále jen „zaměstnanec“)</w:t>
      </w:r>
    </w:p>
    <w:p>
      <w:r>
        <w:rPr>
          <w:b/>
          <w:sz w:val="26"/>
        </w:rPr>
        <w:t>II. Rozvázání pracovního poměru dohodou</w:t>
      </w:r>
    </w:p>
    <w:p>
      <w:r>
        <w:rPr>
          <w:b w:val="0"/>
          <w:sz w:val="22"/>
        </w:rPr>
        <w:t>1. Zaměstnanec pracuje u zaměstnavatele na základě pracovní smlouvy ze dne ____________ na pracovní pozici (druh práce) ____________________.</w:t>
      </w:r>
    </w:p>
    <w:p>
      <w:r>
        <w:rPr>
          <w:b w:val="0"/>
          <w:sz w:val="22"/>
        </w:rPr>
        <w:t>2. Zaměstnavatel a zaměstnanec se v souladu s § 49 zákoníku práce dohodli, že tento pracovní poměr končí dnem ____________.</w:t>
      </w:r>
    </w:p>
    <w:p>
      <w:r>
        <w:rPr>
          <w:b/>
          <w:sz w:val="26"/>
        </w:rPr>
        <w:t>III. Důvod rozvázání pracovního poměru</w:t>
      </w:r>
    </w:p>
    <w:p>
      <w:r>
        <w:rPr>
          <w:b w:val="0"/>
          <w:sz w:val="22"/>
        </w:rPr>
        <w:t>Pracovní poměr se rozvazuje z důvodu: ____________________.</w:t>
      </w:r>
    </w:p>
    <w:p>
      <w:r>
        <w:rPr>
          <w:b w:val="0"/>
          <w:sz w:val="20"/>
        </w:rPr>
        <w:t>(Uvedení důvodu není povinné. Končí-li pracovní poměr z organizačních důvodů podle § 52 písm. a) až c) zákoníku práce, důvod v dohodě výslovně uveďte: zaměstnanci pak náleží odstupné podle § 67 zákoníku práce.)</w:t>
      </w:r>
    </w:p>
    <w:p>
      <w:r>
        <w:rPr>
          <w:b/>
          <w:sz w:val="26"/>
        </w:rPr>
        <w:t>IV. Odstupné</w:t>
      </w:r>
    </w:p>
    <w:p>
      <w:r>
        <w:rPr>
          <w:b w:val="0"/>
          <w:sz w:val="22"/>
        </w:rPr>
        <w:t>1. Zaměstnanci náleží / nenáleží (nehodící se škrtněte) odstupné ve výši ____________ násobku průměrného měsíčního výdělku, tj. ____________ Kč.</w:t>
      </w:r>
    </w:p>
    <w:p>
      <w:r>
        <w:rPr>
          <w:b w:val="0"/>
          <w:sz w:val="22"/>
        </w:rPr>
        <w:t>2. Odstupné je splatné po skončení pracovního poměru v nejbližším výplatním termínu určeném pro výplatu mzdy, nedohodnou-li se smluvní strany písemně jinak (§ 67 odst. 5 zákoníku práce).</w:t>
      </w:r>
    </w:p>
    <w:p>
      <w:r>
        <w:rPr>
          <w:b/>
          <w:sz w:val="26"/>
        </w:rPr>
        <w:t>V. Vypořádání práv a povinností</w:t>
      </w:r>
    </w:p>
    <w:p>
      <w:r>
        <w:rPr>
          <w:b w:val="0"/>
          <w:sz w:val="22"/>
        </w:rPr>
        <w:t>1. Zaměstnavatel vyplatí zaměstnanci mzdu za odpracované období a náhradu mzdy za nevyčerpanou dovolenou v nejbližším výplatním termínu po skončení pracovního poměru.</w:t>
      </w:r>
    </w:p>
    <w:p>
      <w:r>
        <w:rPr>
          <w:b w:val="0"/>
          <w:sz w:val="22"/>
        </w:rPr>
        <w:t>2. Zaměstnanec nejpozději v poslední den trvání pracovního poměru vrátí zaměstnavateli svěřené pracovní pomůcky a vyrovná případné závazky ze svěřených hodnot.</w:t>
      </w:r>
    </w:p>
    <w:p>
      <w:r>
        <w:rPr>
          <w:b w:val="0"/>
          <w:sz w:val="22"/>
        </w:rPr>
        <w:t>3. Zaměstnavatel vydá zaměstnanci při skončení pracovního poměru potvrzení o zaměstnání (zápočtový list) podle § 313 zákoníku práce.</w:t>
      </w:r>
    </w:p>
    <w:p>
      <w:r>
        <w:rPr>
          <w:b/>
          <w:sz w:val="26"/>
        </w:rPr>
        <w:t>VI. Závěrečná ustanovení</w:t>
      </w:r>
    </w:p>
    <w:p>
      <w:r>
        <w:rPr>
          <w:b w:val="0"/>
          <w:sz w:val="22"/>
        </w:rPr>
        <w:t>1. Tato dohoda je uzavřena písemně podle § 49 odst. 2 zákoníku práce a nabývá platnosti dnem podpisu oběma smluvními stranami.</w:t>
      </w:r>
    </w:p>
    <w:p>
      <w:r>
        <w:rPr>
          <w:b w:val="0"/>
          <w:sz w:val="22"/>
        </w:rPr>
        <w:t>2. Dohoda je vyhotovena ve dvou stejnopisech; každá smluvní strana obdrží jedno vyhotovení (§ 49 odst. 3 zákoníku práce).</w:t>
      </w:r>
    </w:p>
    <w:p>
      <w:r>
        <w:rPr>
          <w:b w:val="0"/>
          <w:sz w:val="22"/>
        </w:rPr>
        <w:t>3. Smluvní strany prohlašují, že si dohodu přečetly, s jejím obsahem souhlasí a na důkaz toho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zaměstnavatel</w:t>
            </w:r>
          </w:p>
        </w:tc>
        <w:tc>
          <w:tcPr>
            <w:tcW w:type="dxa" w:w="4873"/>
          </w:tcPr>
          <w:p>
            <w:r>
              <w:t>zaměstnanec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8" w:right="1247" w:bottom="113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